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186" w:rsidRDefault="00D92412" w:rsidP="001177ED">
      <w:pPr>
        <w:spacing w:after="240"/>
        <w:jc w:val="center"/>
      </w:pPr>
      <w:r>
        <w:rPr>
          <w:b/>
          <w:sz w:val="28"/>
        </w:rPr>
        <w:t>МОТИВИ</w:t>
      </w:r>
      <w:r>
        <w:rPr>
          <w:b/>
          <w:sz w:val="28"/>
        </w:rPr>
        <w:br/>
        <w:t>към Проект на Наредба за придобиване, притежаване и отглеждане на кучета на територията на Община Антон</w:t>
      </w:r>
    </w:p>
    <w:p w:rsidR="00583186" w:rsidRDefault="00D92412">
      <w:pPr>
        <w:spacing w:before="120" w:after="40"/>
      </w:pPr>
      <w:r>
        <w:rPr>
          <w:b/>
        </w:rPr>
        <w:t>1. Причини, които налагат приемането на нормативния акт:</w:t>
      </w:r>
    </w:p>
    <w:p w:rsidR="00583186" w:rsidRDefault="00D92412">
      <w:pPr>
        <w:spacing w:after="120"/>
        <w:jc w:val="both"/>
      </w:pPr>
      <w:r>
        <w:t xml:space="preserve">Настоящият проект на Наредба за придобиване, притежаване и отглеждане на кучета на територията на Община Антон цели да замени досега действащата наредба, приета през 2018 г. Основната причина е необходимостта от пълно синхронизиране на местната нормативна уредба с настъпилите изменения в националното законодателство – по-конкретно в Закона за ветеринарномедицинската дейност (ЗВМД) и Закона за защита на животните (ЗЗЖ). </w:t>
      </w:r>
      <w:proofErr w:type="spellStart"/>
      <w:r>
        <w:t>Старата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</w:t>
      </w:r>
      <w:proofErr w:type="spellStart"/>
      <w:r>
        <w:t>съдържа</w:t>
      </w:r>
      <w:proofErr w:type="spellEnd"/>
      <w:r>
        <w:t xml:space="preserve"> </w:t>
      </w:r>
      <w:proofErr w:type="spellStart"/>
      <w:r>
        <w:t>неточни</w:t>
      </w:r>
      <w:proofErr w:type="spellEnd"/>
      <w:r>
        <w:t xml:space="preserve"> </w:t>
      </w:r>
      <w:proofErr w:type="spellStart"/>
      <w:r>
        <w:t>препратки</w:t>
      </w:r>
      <w:proofErr w:type="spellEnd"/>
      <w:r>
        <w:t xml:space="preserve">, </w:t>
      </w:r>
      <w:proofErr w:type="spellStart"/>
      <w:r>
        <w:t>несъответствия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глоби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е в </w:t>
      </w:r>
      <w:proofErr w:type="spellStart"/>
      <w:r>
        <w:t>пряко</w:t>
      </w:r>
      <w:proofErr w:type="spellEnd"/>
      <w:r>
        <w:t xml:space="preserve"> </w:t>
      </w:r>
      <w:proofErr w:type="spellStart"/>
      <w:r>
        <w:t>нарушение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за административните нарушения и наказания (ЗАНН) и Конституцията на Република България.</w:t>
      </w:r>
    </w:p>
    <w:p w:rsidR="00583186" w:rsidRDefault="00D92412">
      <w:pPr>
        <w:spacing w:before="120" w:after="40"/>
      </w:pPr>
      <w:r>
        <w:rPr>
          <w:b/>
        </w:rPr>
        <w:t>2. Цели, които се поставят с приемането на новия нормативен акт:</w:t>
      </w:r>
    </w:p>
    <w:p w:rsidR="00583186" w:rsidRDefault="00D92412">
      <w:pPr>
        <w:spacing w:after="120"/>
        <w:jc w:val="both"/>
      </w:pPr>
      <w:r>
        <w:t>Основната цел на проекта е установяването на ясен, законосъобразен и работещ механизъм за контрол върху притежаването и отглеждането на кучета. С наредбата се цели: намаляване на броя на безстопанствените кучета чрез насърчаване на кастрацията; повишаване на безопасността на гражданите на обществени места; засилване на контрола върху идентификацията (чипирането) на животните и осигуряване на по-висока чистота на обществените пространства в Община Антон.</w:t>
      </w:r>
    </w:p>
    <w:p w:rsidR="00583186" w:rsidRDefault="00D92412">
      <w:pPr>
        <w:spacing w:before="120" w:after="40"/>
      </w:pPr>
      <w:r>
        <w:rPr>
          <w:b/>
        </w:rPr>
        <w:t>3. Финансови и други средства, необходими за прилагането на новата наредба:</w:t>
      </w:r>
    </w:p>
    <w:p w:rsidR="00583186" w:rsidRDefault="00D92412">
      <w:pPr>
        <w:spacing w:after="120"/>
        <w:jc w:val="both"/>
      </w:pPr>
      <w:r>
        <w:t>Приемането на новата наредба не изисква допълнителни финансови средства от общинския бюджет. Приходите от годишните такси за притежаване на кучета, както и събраните глоби от констатирани нарушения, ще постъпват целево в бюджета на Община Антон и ще се използват изключително за финансиране на мероприятия по овладяване на популацията на безстопанствените животни, кастрационни програми, кампании и изграждане на обекти за тяхното настаняване.</w:t>
      </w:r>
    </w:p>
    <w:p w:rsidR="00583186" w:rsidRDefault="00D92412">
      <w:pPr>
        <w:spacing w:before="120" w:after="40"/>
      </w:pPr>
      <w:r>
        <w:rPr>
          <w:b/>
        </w:rPr>
        <w:t>4. Очаквани резултати от прилагането на наредбата:</w:t>
      </w:r>
    </w:p>
    <w:p w:rsidR="00583186" w:rsidRDefault="00D92412">
      <w:pPr>
        <w:spacing w:after="120"/>
        <w:jc w:val="both"/>
      </w:pPr>
      <w:proofErr w:type="spellStart"/>
      <w:r>
        <w:t>Очаква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увеличаване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регистрираните</w:t>
      </w:r>
      <w:proofErr w:type="spellEnd"/>
      <w:r>
        <w:t xml:space="preserve"> и чипирани кучета в общината, което ще позволи лесно идентифициране на собствениците при изгубване или изоставяне на животно. Наред с това, чрез въвеждането на ясни санкции, съобразени с държавните стандарти, ще се постигне по-висока превенция срещу нарушения като разхождане на агресивни кучета без намордник и замърсяване на обществени зони.</w:t>
      </w:r>
    </w:p>
    <w:p w:rsidR="00583186" w:rsidRDefault="00D92412">
      <w:pPr>
        <w:spacing w:before="120" w:after="40"/>
      </w:pPr>
      <w:r>
        <w:rPr>
          <w:b/>
        </w:rPr>
        <w:t>5. Съответствие с правото на Европейския съюз:</w:t>
      </w:r>
    </w:p>
    <w:p w:rsidR="00583186" w:rsidRDefault="00D92412">
      <w:pPr>
        <w:spacing w:after="120"/>
        <w:jc w:val="both"/>
      </w:pPr>
      <w:r>
        <w:t>Проектът на Наредбата е в пълно съответствие с Европейската конвенция за защита на животните-компаньони, както и с българското законодателство, което изцяло е транспонирало европейските директиви и регламенти в областта на хуманното отношение към животните.</w:t>
      </w:r>
    </w:p>
    <w:p w:rsidR="00583186" w:rsidRDefault="00D92412" w:rsidP="001177ED">
      <w:pPr>
        <w:jc w:val="center"/>
      </w:pPr>
      <w:r>
        <w:br w:type="page"/>
      </w:r>
      <w:r>
        <w:rPr>
          <w:b/>
          <w:sz w:val="28"/>
        </w:rPr>
        <w:lastRenderedPageBreak/>
        <w:t>ПРОЕКТ !!!</w:t>
      </w:r>
      <w:r>
        <w:rPr>
          <w:b/>
          <w:sz w:val="28"/>
        </w:rPr>
        <w:br/>
        <w:t>Н А Р Е Д Б А</w:t>
      </w:r>
      <w:r>
        <w:rPr>
          <w:b/>
          <w:sz w:val="28"/>
        </w:rPr>
        <w:br/>
        <w:t>ЗА ПРИДОБИВАНЕ, ПРИТЕЖАВАНЕ И ОТГЛЕЖДАНЕ НА КУЧЕТА НА ТЕРИТОРИЯТА НА ОБЩИНА АНТОН</w:t>
      </w:r>
    </w:p>
    <w:p w:rsidR="00583186" w:rsidRDefault="00D92412">
      <w:pPr>
        <w:spacing w:before="240" w:after="120"/>
        <w:jc w:val="center"/>
      </w:pPr>
      <w:r>
        <w:rPr>
          <w:b/>
          <w:sz w:val="28"/>
        </w:rPr>
        <w:t>Раздел І. Общи положения</w:t>
      </w:r>
    </w:p>
    <w:p w:rsidR="00583186" w:rsidRDefault="00D92412">
      <w:pPr>
        <w:spacing w:after="120"/>
        <w:jc w:val="both"/>
      </w:pPr>
      <w:r>
        <w:t>Чл. 1. (1) Наредбата регламентира реда и начина за придобиване, притежаване, отглеждане, развъждане на кучета – като домашни любимци за компания, кучета за лов и охрана, кучета за специални дейности към Министерството на вътрешните работи (МВР) и Министерството на отбраната (МО), както и взаимоотношенията между общинската администрация, ветеринарномедицинските органи, организациите за защита на животните и собствениците на домашни любимци.</w:t>
      </w:r>
    </w:p>
    <w:p w:rsidR="00583186" w:rsidRDefault="00D92412">
      <w:pPr>
        <w:spacing w:after="120"/>
        <w:jc w:val="both"/>
      </w:pPr>
      <w:r>
        <w:t>(2) Разпоредбите на настоящата Наредба са задължителни за всички физически и юридически лица, които живеят, временно пребивават или управлението на които е на територията на Община Антон.</w:t>
      </w:r>
    </w:p>
    <w:p w:rsidR="00583186" w:rsidRDefault="00D92412">
      <w:pPr>
        <w:spacing w:after="120"/>
        <w:jc w:val="both"/>
      </w:pPr>
      <w:r>
        <w:t>Чл. 2. Според начина на отглеждане и предназначение, кучетата се класифицират на:</w:t>
      </w:r>
    </w:p>
    <w:p w:rsidR="00966D0C" w:rsidRDefault="00D92412" w:rsidP="00966D0C">
      <w:pPr>
        <w:pStyle w:val="ae"/>
        <w:numPr>
          <w:ilvl w:val="0"/>
          <w:numId w:val="10"/>
        </w:numPr>
        <w:spacing w:after="120"/>
        <w:jc w:val="both"/>
      </w:pPr>
      <w:proofErr w:type="spellStart"/>
      <w:r>
        <w:t>Регистрирани</w:t>
      </w:r>
      <w:proofErr w:type="spellEnd"/>
      <w:r>
        <w:t xml:space="preserve"> –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физически и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организации</w:t>
      </w:r>
      <w:proofErr w:type="spellEnd"/>
      <w:r>
        <w:t xml:space="preserve">, </w:t>
      </w:r>
      <w:proofErr w:type="spellStart"/>
      <w:r>
        <w:t>учреждения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, </w:t>
      </w:r>
      <w:proofErr w:type="spellStart"/>
      <w:r>
        <w:t>записани</w:t>
      </w:r>
      <w:proofErr w:type="spellEnd"/>
      <w:r>
        <w:t xml:space="preserve"> в </w:t>
      </w:r>
      <w:proofErr w:type="spellStart"/>
      <w:r>
        <w:t>Регистъра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Общината</w:t>
      </w:r>
      <w:proofErr w:type="spellEnd"/>
      <w:r>
        <w:t>.</w:t>
      </w:r>
    </w:p>
    <w:p w:rsidR="00966D0C" w:rsidRDefault="00D92412" w:rsidP="00966D0C">
      <w:pPr>
        <w:pStyle w:val="ae"/>
        <w:numPr>
          <w:ilvl w:val="0"/>
          <w:numId w:val="10"/>
        </w:numPr>
        <w:spacing w:after="120"/>
        <w:jc w:val="both"/>
      </w:pPr>
      <w:proofErr w:type="spellStart"/>
      <w:r>
        <w:t>Нерегистрирани</w:t>
      </w:r>
      <w:proofErr w:type="spellEnd"/>
      <w:r>
        <w:t xml:space="preserve"> –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обитателя на жилището, организацията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учреждението</w:t>
      </w:r>
      <w:proofErr w:type="spellEnd"/>
      <w:r>
        <w:t xml:space="preserve">, в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домуват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регистрирани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установения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>.</w:t>
      </w:r>
    </w:p>
    <w:p w:rsidR="00966D0C" w:rsidRDefault="00D92412" w:rsidP="00966D0C">
      <w:pPr>
        <w:pStyle w:val="ae"/>
        <w:numPr>
          <w:ilvl w:val="0"/>
          <w:numId w:val="10"/>
        </w:numPr>
        <w:spacing w:after="120"/>
        <w:jc w:val="both"/>
      </w:pPr>
      <w:proofErr w:type="spellStart"/>
      <w:r>
        <w:t>Безнадзорни</w:t>
      </w:r>
      <w:proofErr w:type="spellEnd"/>
      <w:r>
        <w:t xml:space="preserve"> – с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собственик</w:t>
      </w:r>
      <w:proofErr w:type="spellEnd"/>
      <w:r>
        <w:t xml:space="preserve"> и </w:t>
      </w:r>
      <w:proofErr w:type="spellStart"/>
      <w:r>
        <w:t>регистрация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движат</w:t>
      </w:r>
      <w:proofErr w:type="spellEnd"/>
      <w:r>
        <w:t xml:space="preserve"> </w:t>
      </w:r>
      <w:proofErr w:type="spellStart"/>
      <w:r>
        <w:t>свободно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придружител</w:t>
      </w:r>
      <w:proofErr w:type="spellEnd"/>
      <w:r>
        <w:t>.</w:t>
      </w:r>
    </w:p>
    <w:p w:rsidR="00583186" w:rsidRDefault="00D92412" w:rsidP="00966D0C">
      <w:pPr>
        <w:pStyle w:val="ae"/>
        <w:numPr>
          <w:ilvl w:val="0"/>
          <w:numId w:val="10"/>
        </w:numPr>
        <w:spacing w:after="120"/>
        <w:jc w:val="both"/>
      </w:pPr>
      <w:proofErr w:type="spellStart"/>
      <w:r>
        <w:t>Безстопанствени</w:t>
      </w:r>
      <w:proofErr w:type="spellEnd"/>
      <w:r>
        <w:t xml:space="preserve"> –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собственик</w:t>
      </w:r>
      <w:proofErr w:type="spellEnd"/>
      <w:r>
        <w:t>, без регистрация и свободно движещи се.</w:t>
      </w:r>
    </w:p>
    <w:p w:rsidR="00583186" w:rsidRDefault="00D92412">
      <w:pPr>
        <w:spacing w:before="240" w:after="120"/>
        <w:jc w:val="center"/>
      </w:pPr>
      <w:r>
        <w:rPr>
          <w:b/>
          <w:sz w:val="28"/>
        </w:rPr>
        <w:t>Раздел ІІ. Придобиване на кучета</w:t>
      </w:r>
    </w:p>
    <w:p w:rsidR="00583186" w:rsidRDefault="00D92412">
      <w:pPr>
        <w:spacing w:after="120"/>
        <w:jc w:val="both"/>
      </w:pPr>
      <w:r>
        <w:t>Чл. 3. (1) Придобиването на кучета се удостоверява с:</w:t>
      </w:r>
    </w:p>
    <w:p w:rsidR="00966D0C" w:rsidRDefault="00D92412" w:rsidP="00966D0C">
      <w:pPr>
        <w:pStyle w:val="ae"/>
        <w:numPr>
          <w:ilvl w:val="0"/>
          <w:numId w:val="11"/>
        </w:numPr>
        <w:spacing w:after="120"/>
        <w:jc w:val="both"/>
      </w:pP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покупко-продажба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търговски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, </w:t>
      </w:r>
      <w:proofErr w:type="spellStart"/>
      <w:r>
        <w:t>лицензиран</w:t>
      </w:r>
      <w:proofErr w:type="spellEnd"/>
      <w:r>
        <w:t xml:space="preserve"> </w:t>
      </w:r>
      <w:proofErr w:type="spellStart"/>
      <w:r>
        <w:t>развъдник</w:t>
      </w:r>
      <w:proofErr w:type="spellEnd"/>
      <w:r>
        <w:t xml:space="preserve">, </w:t>
      </w:r>
      <w:proofErr w:type="spellStart"/>
      <w:r>
        <w:t>приют</w:t>
      </w:r>
      <w:proofErr w:type="spellEnd"/>
      <w:r>
        <w:t xml:space="preserve">,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физически</w:t>
      </w:r>
      <w:proofErr w:type="spellEnd"/>
      <w:r>
        <w:t xml:space="preserve"> и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:rsidR="00966D0C" w:rsidRDefault="00D92412" w:rsidP="00966D0C">
      <w:pPr>
        <w:pStyle w:val="ae"/>
        <w:numPr>
          <w:ilvl w:val="0"/>
          <w:numId w:val="11"/>
        </w:numPr>
        <w:spacing w:after="120"/>
        <w:jc w:val="both"/>
      </w:pP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дарение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лицензиран</w:t>
      </w:r>
      <w:proofErr w:type="spellEnd"/>
      <w:r>
        <w:t xml:space="preserve"> </w:t>
      </w:r>
      <w:proofErr w:type="spellStart"/>
      <w:r>
        <w:t>развъдник</w:t>
      </w:r>
      <w:proofErr w:type="spellEnd"/>
      <w:r>
        <w:t xml:space="preserve">, </w:t>
      </w:r>
      <w:proofErr w:type="spellStart"/>
      <w:r>
        <w:t>приют</w:t>
      </w:r>
      <w:proofErr w:type="spellEnd"/>
      <w:r>
        <w:t xml:space="preserve">,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физически</w:t>
      </w:r>
      <w:proofErr w:type="spellEnd"/>
      <w:r>
        <w:t xml:space="preserve"> и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:rsidR="00583186" w:rsidRDefault="00D92412" w:rsidP="00966D0C">
      <w:pPr>
        <w:pStyle w:val="ae"/>
        <w:numPr>
          <w:ilvl w:val="0"/>
          <w:numId w:val="11"/>
        </w:numPr>
        <w:spacing w:after="120"/>
        <w:jc w:val="both"/>
      </w:pPr>
      <w:proofErr w:type="spellStart"/>
      <w:r>
        <w:t>Ветеринарномедицински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внос</w:t>
      </w:r>
      <w:proofErr w:type="spellEnd"/>
      <w:r>
        <w:t xml:space="preserve"> от чужбина.</w:t>
      </w:r>
    </w:p>
    <w:p w:rsidR="00583186" w:rsidRDefault="00D92412">
      <w:pPr>
        <w:spacing w:after="120"/>
        <w:jc w:val="both"/>
      </w:pPr>
      <w:r>
        <w:t xml:space="preserve">(2) Придобиване на куче от „Приют за безстопанствени </w:t>
      </w:r>
      <w:proofErr w:type="gramStart"/>
      <w:r>
        <w:t>животни“ се</w:t>
      </w:r>
      <w:proofErr w:type="gramEnd"/>
      <w:r>
        <w:t xml:space="preserve"> допуска само за кастрирани кучета.</w:t>
      </w:r>
    </w:p>
    <w:p w:rsidR="00583186" w:rsidRDefault="00D92412">
      <w:pPr>
        <w:spacing w:after="120"/>
        <w:jc w:val="both"/>
      </w:pPr>
      <w:r>
        <w:t>(3) Придобиване на безстопанствено куче от улицата се удостоверява чрез регистрационни документи, съгласно чл. 174 от Закона за ветеринарномедицинската дейност (ЗВМД).</w:t>
      </w:r>
    </w:p>
    <w:p w:rsidR="00583186" w:rsidRDefault="00D92412">
      <w:pPr>
        <w:spacing w:after="120"/>
        <w:jc w:val="both"/>
      </w:pPr>
      <w:r>
        <w:t>Чл. 4. Не се разрешава продажба на животни на лица под 18-годишна възраст без съгласието на родител или настойник.</w:t>
      </w:r>
    </w:p>
    <w:p w:rsidR="00583186" w:rsidRDefault="00D92412">
      <w:pPr>
        <w:spacing w:before="240" w:after="120"/>
        <w:jc w:val="center"/>
      </w:pPr>
      <w:r>
        <w:rPr>
          <w:b/>
          <w:sz w:val="28"/>
        </w:rPr>
        <w:lastRenderedPageBreak/>
        <w:t>Раздел ІІІ. Регистрация и такси</w:t>
      </w:r>
    </w:p>
    <w:p w:rsidR="00583186" w:rsidRDefault="00D92412">
      <w:pPr>
        <w:spacing w:after="120"/>
        <w:jc w:val="both"/>
      </w:pPr>
      <w:r>
        <w:t>Чл. 5. (1) Собствениците на кучета, навършили 6-седмична възраст, ги представят на ветеринарен лекар, който упражнява ветеринарномедицинска практика, за издаване на паспорт по образец, ваксинация и обезпаразитяване.</w:t>
      </w:r>
    </w:p>
    <w:p w:rsidR="00583186" w:rsidRDefault="00D92412">
      <w:pPr>
        <w:spacing w:after="120"/>
        <w:jc w:val="both"/>
      </w:pPr>
      <w:r>
        <w:t>(2) При навършване на 4-месечна възраст или в 7-дневен срок от придобиване на куче над тази възраст, собственикът регистрира кучето при ветеринарен лекар, като представя документ за платена такса по чл. 175, ал. 1 от ЗВМД.</w:t>
      </w:r>
    </w:p>
    <w:p w:rsidR="00583186" w:rsidRPr="00D52E86" w:rsidRDefault="00D92412">
      <w:pPr>
        <w:spacing w:after="120"/>
        <w:jc w:val="both"/>
      </w:pPr>
      <w:r>
        <w:t xml:space="preserve">(3) При регистрация на кучето ветеринарният лекар поставя инжектируем транспондер (микрочип) и издава идентификационен документ (паспорт), отговарящи на изискванията на наредбата по чл. 51, ал. 5 от </w:t>
      </w:r>
      <w:r w:rsidRPr="00D52E86">
        <w:t>ЗВМД. Данните задължително се въвеждат в Интегрираната информационна система на БАБХ (ВетИС).</w:t>
      </w:r>
    </w:p>
    <w:p w:rsidR="00583186" w:rsidRDefault="00D92412">
      <w:pPr>
        <w:spacing w:after="120"/>
        <w:jc w:val="both"/>
      </w:pPr>
      <w:r w:rsidRPr="00D52E86">
        <w:t>(4) Ветеринарният лекар изпраща ежемесечно данните от ветеринарномедицинския</w:t>
      </w:r>
      <w:r>
        <w:t xml:space="preserve"> паспорт на всяко регистрирано куче в Областната дирекция по безопасност на храните (ОДБХ) и в Общината.</w:t>
      </w:r>
    </w:p>
    <w:p w:rsidR="00583186" w:rsidRDefault="00D92412">
      <w:pPr>
        <w:spacing w:after="120"/>
        <w:jc w:val="both"/>
      </w:pPr>
      <w:r>
        <w:t>(5) Собствениците на кучета заплащат стойността на ветеринарномедицинския паспорт и на манипулацията по поставяне на микрочипа.</w:t>
      </w:r>
    </w:p>
    <w:p w:rsidR="00583186" w:rsidRDefault="00D92412">
      <w:pPr>
        <w:spacing w:after="120"/>
        <w:jc w:val="both"/>
      </w:pPr>
      <w:r>
        <w:t>Чл. 6. Регистърът в Община Антон съдържа следните данни:</w:t>
      </w:r>
    </w:p>
    <w:p w:rsidR="00E33B2F" w:rsidRDefault="00D92412" w:rsidP="00E33B2F">
      <w:pPr>
        <w:pStyle w:val="ae"/>
        <w:numPr>
          <w:ilvl w:val="0"/>
          <w:numId w:val="12"/>
        </w:numPr>
        <w:spacing w:after="1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куче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събират</w:t>
      </w:r>
      <w:proofErr w:type="spellEnd"/>
      <w:r>
        <w:t xml:space="preserve">, </w:t>
      </w:r>
      <w:proofErr w:type="spellStart"/>
      <w:r>
        <w:t>въвеждат</w:t>
      </w:r>
      <w:proofErr w:type="spellEnd"/>
      <w:r>
        <w:t xml:space="preserve"> и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:rsidR="00E33B2F" w:rsidRDefault="00D92412" w:rsidP="00E33B2F">
      <w:pPr>
        <w:pStyle w:val="ae"/>
        <w:numPr>
          <w:ilvl w:val="0"/>
          <w:numId w:val="13"/>
        </w:numPr>
        <w:spacing w:after="120"/>
        <w:jc w:val="both"/>
      </w:pPr>
      <w:proofErr w:type="spellStart"/>
      <w:r>
        <w:t>Номер</w:t>
      </w:r>
      <w:proofErr w:type="spellEnd"/>
      <w:r>
        <w:t xml:space="preserve"> и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регистрация</w:t>
      </w:r>
      <w:proofErr w:type="spellEnd"/>
      <w:r>
        <w:t>.</w:t>
      </w:r>
    </w:p>
    <w:p w:rsidR="00E33B2F" w:rsidRDefault="00D92412" w:rsidP="00E33B2F">
      <w:pPr>
        <w:pStyle w:val="ae"/>
        <w:numPr>
          <w:ilvl w:val="0"/>
          <w:numId w:val="13"/>
        </w:numPr>
        <w:spacing w:after="120"/>
        <w:jc w:val="both"/>
      </w:pPr>
      <w:proofErr w:type="spellStart"/>
      <w:r>
        <w:t>Трите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собственика</w:t>
      </w:r>
      <w:proofErr w:type="spellEnd"/>
      <w:r>
        <w:t xml:space="preserve"> и </w:t>
      </w:r>
      <w:proofErr w:type="spellStart"/>
      <w:r>
        <w:t>постоянния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>.</w:t>
      </w:r>
    </w:p>
    <w:p w:rsidR="00E33B2F" w:rsidRDefault="00D92412" w:rsidP="00E33B2F">
      <w:pPr>
        <w:pStyle w:val="ae"/>
        <w:numPr>
          <w:ilvl w:val="0"/>
          <w:numId w:val="13"/>
        </w:numPr>
        <w:spacing w:after="120"/>
        <w:jc w:val="both"/>
      </w:pPr>
      <w:proofErr w:type="spellStart"/>
      <w:r>
        <w:t>Адрес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пребивава</w:t>
      </w:r>
      <w:proofErr w:type="spellEnd"/>
      <w:r>
        <w:t xml:space="preserve"> </w:t>
      </w:r>
      <w:proofErr w:type="spellStart"/>
      <w:r>
        <w:t>кучето</w:t>
      </w:r>
      <w:proofErr w:type="spellEnd"/>
      <w:r>
        <w:t>.</w:t>
      </w:r>
    </w:p>
    <w:p w:rsidR="00E33B2F" w:rsidRDefault="00D92412" w:rsidP="00E33B2F">
      <w:pPr>
        <w:pStyle w:val="ae"/>
        <w:numPr>
          <w:ilvl w:val="0"/>
          <w:numId w:val="13"/>
        </w:numPr>
        <w:spacing w:after="120"/>
        <w:jc w:val="both"/>
      </w:pP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кучето</w:t>
      </w:r>
      <w:proofErr w:type="spellEnd"/>
      <w:r>
        <w:t xml:space="preserve">, </w:t>
      </w:r>
      <w:proofErr w:type="spellStart"/>
      <w:r>
        <w:t>порода</w:t>
      </w:r>
      <w:proofErr w:type="spellEnd"/>
      <w:r>
        <w:t xml:space="preserve">, </w:t>
      </w:r>
      <w:proofErr w:type="spellStart"/>
      <w:r>
        <w:t>външни</w:t>
      </w:r>
      <w:proofErr w:type="spellEnd"/>
      <w:r>
        <w:t xml:space="preserve"> </w:t>
      </w:r>
      <w:proofErr w:type="spellStart"/>
      <w:r>
        <w:t>белези</w:t>
      </w:r>
      <w:proofErr w:type="spellEnd"/>
      <w:r>
        <w:t xml:space="preserve"> и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>.</w:t>
      </w:r>
    </w:p>
    <w:p w:rsidR="00583186" w:rsidRDefault="00D92412" w:rsidP="00E33B2F">
      <w:pPr>
        <w:pStyle w:val="ae"/>
        <w:numPr>
          <w:ilvl w:val="0"/>
          <w:numId w:val="13"/>
        </w:numPr>
        <w:spacing w:after="120"/>
        <w:jc w:val="both"/>
      </w:pPr>
      <w:proofErr w:type="spellStart"/>
      <w:r>
        <w:t>Кастрация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кучето</w:t>
      </w:r>
      <w:proofErr w:type="spellEnd"/>
      <w:r>
        <w:t>.</w:t>
      </w:r>
    </w:p>
    <w:p w:rsidR="00E33B2F" w:rsidRDefault="00D92412" w:rsidP="00E33B2F">
      <w:pPr>
        <w:pStyle w:val="ae"/>
        <w:numPr>
          <w:ilvl w:val="0"/>
          <w:numId w:val="12"/>
        </w:numPr>
        <w:spacing w:after="1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– 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събират</w:t>
      </w:r>
      <w:proofErr w:type="spellEnd"/>
      <w:r>
        <w:t xml:space="preserve">, </w:t>
      </w:r>
      <w:proofErr w:type="spellStart"/>
      <w:r>
        <w:t>въвеждат</w:t>
      </w:r>
      <w:proofErr w:type="spellEnd"/>
      <w:r>
        <w:t xml:space="preserve"> и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:rsidR="00E33B2F" w:rsidRDefault="00D92412" w:rsidP="00E33B2F">
      <w:pPr>
        <w:pStyle w:val="ae"/>
        <w:numPr>
          <w:ilvl w:val="0"/>
          <w:numId w:val="14"/>
        </w:numPr>
        <w:spacing w:after="120"/>
        <w:jc w:val="both"/>
      </w:pPr>
      <w:proofErr w:type="spellStart"/>
      <w:r>
        <w:t>Собствено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бащино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фамилия</w:t>
      </w:r>
      <w:proofErr w:type="spellEnd"/>
      <w:r>
        <w:t>.</w:t>
      </w:r>
    </w:p>
    <w:p w:rsidR="00E33B2F" w:rsidRDefault="00D92412" w:rsidP="00E33B2F">
      <w:pPr>
        <w:pStyle w:val="ae"/>
        <w:numPr>
          <w:ilvl w:val="0"/>
          <w:numId w:val="14"/>
        </w:numPr>
        <w:spacing w:after="120"/>
        <w:jc w:val="both"/>
      </w:pPr>
      <w:r>
        <w:t xml:space="preserve"> ЕГН.</w:t>
      </w:r>
    </w:p>
    <w:p w:rsidR="00583186" w:rsidRDefault="00D92412" w:rsidP="00E33B2F">
      <w:pPr>
        <w:pStyle w:val="ae"/>
        <w:numPr>
          <w:ilvl w:val="0"/>
          <w:numId w:val="14"/>
        </w:numPr>
        <w:spacing w:after="120"/>
        <w:jc w:val="both"/>
      </w:pPr>
      <w:proofErr w:type="spellStart"/>
      <w:r>
        <w:t>Адрес</w:t>
      </w:r>
      <w:proofErr w:type="spellEnd"/>
      <w:r>
        <w:t>.</w:t>
      </w:r>
    </w:p>
    <w:p w:rsidR="0014007A" w:rsidRDefault="00D92412" w:rsidP="0014007A">
      <w:pPr>
        <w:pStyle w:val="ae"/>
        <w:numPr>
          <w:ilvl w:val="0"/>
          <w:numId w:val="12"/>
        </w:numPr>
        <w:spacing w:after="1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юридическо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– 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събират</w:t>
      </w:r>
      <w:proofErr w:type="spellEnd"/>
      <w:r>
        <w:t xml:space="preserve">, </w:t>
      </w:r>
      <w:proofErr w:type="spellStart"/>
      <w:r>
        <w:t>въвеждат</w:t>
      </w:r>
      <w:proofErr w:type="spellEnd"/>
      <w:r>
        <w:t xml:space="preserve"> и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:rsidR="0014007A" w:rsidRDefault="00D92412" w:rsidP="0014007A">
      <w:pPr>
        <w:pStyle w:val="ae"/>
        <w:numPr>
          <w:ilvl w:val="0"/>
          <w:numId w:val="15"/>
        </w:numPr>
        <w:spacing w:after="120"/>
        <w:jc w:val="both"/>
      </w:pPr>
      <w:proofErr w:type="spellStart"/>
      <w:r>
        <w:t>Наименование</w:t>
      </w:r>
      <w:proofErr w:type="spellEnd"/>
      <w:r>
        <w:t>.</w:t>
      </w:r>
    </w:p>
    <w:p w:rsidR="0014007A" w:rsidRDefault="00D92412" w:rsidP="0014007A">
      <w:pPr>
        <w:pStyle w:val="ae"/>
        <w:numPr>
          <w:ilvl w:val="0"/>
          <w:numId w:val="15"/>
        </w:numPr>
        <w:spacing w:after="120"/>
        <w:jc w:val="both"/>
      </w:pPr>
      <w:r>
        <w:t xml:space="preserve"> БУЛСТАТ / ЕИК.</w:t>
      </w:r>
    </w:p>
    <w:p w:rsidR="00583186" w:rsidRDefault="00D92412" w:rsidP="0014007A">
      <w:pPr>
        <w:pStyle w:val="ae"/>
        <w:numPr>
          <w:ilvl w:val="0"/>
          <w:numId w:val="15"/>
        </w:numPr>
        <w:spacing w:after="120"/>
        <w:jc w:val="both"/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регистрация</w:t>
      </w:r>
      <w:proofErr w:type="spellEnd"/>
      <w:r>
        <w:t>.</w:t>
      </w:r>
    </w:p>
    <w:p w:rsidR="00583186" w:rsidRDefault="00D92412">
      <w:pPr>
        <w:spacing w:after="120"/>
        <w:jc w:val="both"/>
      </w:pPr>
      <w:r>
        <w:t>Чл. 7. (1) Годишната такса за притежаване на куче се заплаща ежегодно в срок до 31 март на текущата година или в едномесечен срок от датата на придобиване на кучето, когато то е придобито или родено след 31 март. За кучета, придобити през текущата година, таксата се дължи в размер на една дванадесета от годишния ѝ размер за всеки месец до края на годината, включително за месеца на придобиването.</w:t>
      </w:r>
    </w:p>
    <w:p w:rsidR="00583186" w:rsidRPr="00D52E86" w:rsidRDefault="00D92412">
      <w:pPr>
        <w:spacing w:after="120"/>
        <w:jc w:val="both"/>
      </w:pPr>
      <w:r>
        <w:lastRenderedPageBreak/>
        <w:t xml:space="preserve">(2) При </w:t>
      </w:r>
      <w:r w:rsidRPr="00D52E86">
        <w:t>придобиване на куче с вече платена годишна такса за притежаване, същата не се заплаща наново за текущата година.</w:t>
      </w:r>
    </w:p>
    <w:p w:rsidR="00583186" w:rsidRPr="00D52E86" w:rsidRDefault="00D92412">
      <w:pPr>
        <w:spacing w:after="120"/>
        <w:jc w:val="both"/>
      </w:pPr>
      <w:r w:rsidRPr="00D52E86">
        <w:t>(3) Не се заплаща такса по чл. 175, ал. 1 от ЗВМД за куче с поставен микрочип за първата година от неговото регистриране.</w:t>
      </w:r>
    </w:p>
    <w:p w:rsidR="0014007A" w:rsidRPr="00D52E86" w:rsidRDefault="00D92412">
      <w:pPr>
        <w:spacing w:after="120"/>
        <w:jc w:val="both"/>
      </w:pPr>
      <w:r w:rsidRPr="00D52E86">
        <w:t xml:space="preserve">Чл. 8. (1) </w:t>
      </w:r>
      <w:proofErr w:type="spellStart"/>
      <w:r w:rsidRPr="00D52E86">
        <w:t>Освобождават</w:t>
      </w:r>
      <w:proofErr w:type="spellEnd"/>
      <w:r w:rsidRPr="00D52E86">
        <w:t xml:space="preserve"> </w:t>
      </w:r>
      <w:proofErr w:type="spellStart"/>
      <w:r w:rsidRPr="00D52E86">
        <w:t>се</w:t>
      </w:r>
      <w:proofErr w:type="spellEnd"/>
      <w:r w:rsidRPr="00D52E86">
        <w:t xml:space="preserve"> </w:t>
      </w:r>
      <w:proofErr w:type="spellStart"/>
      <w:r w:rsidRPr="00D52E86">
        <w:t>от</w:t>
      </w:r>
      <w:proofErr w:type="spellEnd"/>
      <w:r w:rsidRPr="00D52E86">
        <w:t xml:space="preserve"> </w:t>
      </w:r>
      <w:proofErr w:type="spellStart"/>
      <w:r w:rsidRPr="00D52E86">
        <w:t>такса</w:t>
      </w:r>
      <w:proofErr w:type="spellEnd"/>
      <w:r w:rsidRPr="00D52E86">
        <w:t xml:space="preserve"> </w:t>
      </w:r>
      <w:proofErr w:type="spellStart"/>
      <w:r w:rsidRPr="00D52E86">
        <w:t>за</w:t>
      </w:r>
      <w:proofErr w:type="spellEnd"/>
      <w:r w:rsidRPr="00D52E86">
        <w:t xml:space="preserve"> </w:t>
      </w:r>
      <w:proofErr w:type="spellStart"/>
      <w:r w:rsidRPr="00D52E86">
        <w:t>притежаване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куче</w:t>
      </w:r>
      <w:proofErr w:type="spellEnd"/>
      <w:r w:rsidRPr="00D52E86">
        <w:t xml:space="preserve"> </w:t>
      </w:r>
      <w:proofErr w:type="spellStart"/>
      <w:r w:rsidRPr="00D52E86">
        <w:t>собствениците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>:</w:t>
      </w:r>
    </w:p>
    <w:p w:rsidR="0014007A" w:rsidRPr="00D52E86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 w:rsidRPr="00D52E86">
        <w:t>Кучета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лица</w:t>
      </w:r>
      <w:proofErr w:type="spellEnd"/>
      <w:r w:rsidRPr="00D52E86">
        <w:t xml:space="preserve"> с </w:t>
      </w:r>
      <w:proofErr w:type="spellStart"/>
      <w:r w:rsidRPr="00D52E86">
        <w:t>увреждания</w:t>
      </w:r>
      <w:proofErr w:type="spellEnd"/>
      <w:r w:rsidRPr="00D52E86">
        <w:t xml:space="preserve"> (</w:t>
      </w:r>
      <w:proofErr w:type="spellStart"/>
      <w:r w:rsidRPr="00D52E86">
        <w:t>кучета-водачи</w:t>
      </w:r>
      <w:proofErr w:type="spellEnd"/>
      <w:r w:rsidRPr="00D52E86">
        <w:t xml:space="preserve"> и </w:t>
      </w:r>
      <w:proofErr w:type="spellStart"/>
      <w:r w:rsidRPr="00D52E86">
        <w:t>асистенти</w:t>
      </w:r>
      <w:proofErr w:type="spellEnd"/>
      <w:r w:rsidRPr="00D52E86">
        <w:t>).</w:t>
      </w:r>
    </w:p>
    <w:p w:rsidR="0014007A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>
        <w:t>Служебни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 в </w:t>
      </w:r>
      <w:proofErr w:type="spellStart"/>
      <w:r>
        <w:t>организациите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бюджетна</w:t>
      </w:r>
      <w:proofErr w:type="spellEnd"/>
      <w:r>
        <w:t xml:space="preserve"> </w:t>
      </w:r>
      <w:proofErr w:type="spellStart"/>
      <w:r>
        <w:t>издръжка</w:t>
      </w:r>
      <w:proofErr w:type="spellEnd"/>
      <w:r>
        <w:t>.</w:t>
      </w:r>
    </w:p>
    <w:p w:rsidR="0014007A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>
        <w:t>Кучета</w:t>
      </w:r>
      <w:proofErr w:type="spellEnd"/>
      <w:r>
        <w:t xml:space="preserve">, </w:t>
      </w:r>
      <w:proofErr w:type="spellStart"/>
      <w:r>
        <w:t>използвани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опитни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>.</w:t>
      </w:r>
    </w:p>
    <w:p w:rsidR="0014007A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>
        <w:t>Кучета</w:t>
      </w:r>
      <w:proofErr w:type="spellEnd"/>
      <w:r>
        <w:t xml:space="preserve">, </w:t>
      </w:r>
      <w:proofErr w:type="spellStart"/>
      <w:r>
        <w:t>използвани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Българския</w:t>
      </w:r>
      <w:proofErr w:type="spellEnd"/>
      <w:r>
        <w:t xml:space="preserve"> </w:t>
      </w:r>
      <w:proofErr w:type="spellStart"/>
      <w:r>
        <w:t>червен</w:t>
      </w:r>
      <w:proofErr w:type="spellEnd"/>
      <w:r>
        <w:t xml:space="preserve"> </w:t>
      </w:r>
      <w:proofErr w:type="spellStart"/>
      <w:r>
        <w:t>кръст</w:t>
      </w:r>
      <w:proofErr w:type="spellEnd"/>
      <w:r>
        <w:t xml:space="preserve"> (БЧК).</w:t>
      </w:r>
    </w:p>
    <w:p w:rsidR="0014007A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>
        <w:t>Кастрирани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>.</w:t>
      </w:r>
    </w:p>
    <w:p w:rsidR="0014007A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r>
        <w:t xml:space="preserve"> </w:t>
      </w:r>
      <w:proofErr w:type="spellStart"/>
      <w:r>
        <w:t>Кучета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придружават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охраняват</w:t>
      </w:r>
      <w:proofErr w:type="spellEnd"/>
      <w:r>
        <w:t xml:space="preserve"> </w:t>
      </w:r>
      <w:proofErr w:type="spellStart"/>
      <w:r>
        <w:t>селскостопански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, </w:t>
      </w:r>
      <w:proofErr w:type="spellStart"/>
      <w:r>
        <w:t>отглеждани</w:t>
      </w:r>
      <w:proofErr w:type="spellEnd"/>
      <w:r>
        <w:t xml:space="preserve"> в </w:t>
      </w:r>
      <w:proofErr w:type="spellStart"/>
      <w:r>
        <w:t>регистриран</w:t>
      </w:r>
      <w:proofErr w:type="spellEnd"/>
      <w:r>
        <w:t xml:space="preserve"> </w:t>
      </w:r>
      <w:proofErr w:type="spellStart"/>
      <w:r>
        <w:t>животновъден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>.</w:t>
      </w:r>
    </w:p>
    <w:p w:rsidR="00583186" w:rsidRDefault="00D92412" w:rsidP="0014007A">
      <w:pPr>
        <w:pStyle w:val="ae"/>
        <w:numPr>
          <w:ilvl w:val="0"/>
          <w:numId w:val="16"/>
        </w:numPr>
        <w:spacing w:after="120"/>
        <w:jc w:val="both"/>
      </w:pPr>
      <w:proofErr w:type="spellStart"/>
      <w:r>
        <w:t>Ловни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, </w:t>
      </w:r>
      <w:proofErr w:type="spellStart"/>
      <w:r>
        <w:t>собственост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лица, придобили право на лов по реда на Закона за лова и опазване на дивеча.</w:t>
      </w:r>
    </w:p>
    <w:p w:rsidR="00583186" w:rsidRDefault="00D92412">
      <w:pPr>
        <w:spacing w:after="120"/>
        <w:jc w:val="both"/>
      </w:pPr>
      <w:r>
        <w:t>(2) Приходите от събраните такси постъпват в общинския бюджет и се използват за мероприятия, свързани с намаляване броя на безстопанствените кучета.</w:t>
      </w:r>
    </w:p>
    <w:p w:rsidR="00583186" w:rsidRDefault="00D92412">
      <w:pPr>
        <w:spacing w:after="120"/>
        <w:jc w:val="both"/>
      </w:pPr>
      <w:r>
        <w:t xml:space="preserve">Чл. 9. Всички настъпили промени (продажба, смърт или смяна на адреса на отглеждане) се </w:t>
      </w:r>
      <w:proofErr w:type="spellStart"/>
      <w:r>
        <w:t>обявяват</w:t>
      </w:r>
      <w:proofErr w:type="spellEnd"/>
      <w:r>
        <w:t xml:space="preserve"> в 7-дневен </w:t>
      </w:r>
      <w:proofErr w:type="spellStart"/>
      <w:r>
        <w:t>срок</w:t>
      </w:r>
      <w:proofErr w:type="spellEnd"/>
      <w:r>
        <w:t xml:space="preserve"> в </w:t>
      </w:r>
      <w:proofErr w:type="spellStart"/>
      <w:r>
        <w:t>общинската</w:t>
      </w:r>
      <w:proofErr w:type="spellEnd"/>
      <w:r>
        <w:t xml:space="preserve"> </w:t>
      </w:r>
      <w:proofErr w:type="spellStart"/>
      <w:r>
        <w:t>администрация</w:t>
      </w:r>
      <w:proofErr w:type="spellEnd"/>
      <w:r>
        <w:t xml:space="preserve"> и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ветеринарномедицински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.</w:t>
      </w:r>
    </w:p>
    <w:p w:rsidR="00583186" w:rsidRDefault="00D92412">
      <w:pPr>
        <w:spacing w:before="240" w:after="120"/>
        <w:jc w:val="center"/>
      </w:pPr>
      <w:proofErr w:type="spellStart"/>
      <w:r>
        <w:rPr>
          <w:b/>
          <w:sz w:val="28"/>
        </w:rPr>
        <w:t>Раздел</w:t>
      </w:r>
      <w:proofErr w:type="spellEnd"/>
      <w:r>
        <w:rPr>
          <w:b/>
          <w:sz w:val="28"/>
        </w:rPr>
        <w:t xml:space="preserve"> ІV. Правила за отглеждане на кучета</w:t>
      </w:r>
    </w:p>
    <w:p w:rsidR="00583186" w:rsidRDefault="00D92412">
      <w:pPr>
        <w:spacing w:after="120"/>
        <w:jc w:val="both"/>
      </w:pPr>
      <w:r>
        <w:t>Чл. 10. Правила за отглеждане на кучета на територията на Община Антон:</w:t>
      </w:r>
    </w:p>
    <w:p w:rsidR="00583186" w:rsidRDefault="00D92412">
      <w:pPr>
        <w:spacing w:after="120"/>
        <w:jc w:val="both"/>
      </w:pPr>
      <w:r>
        <w:t>(1) Всеки, който отглежда куче или се грижи за такова, е отговорен за неговото здравословно състояние.</w:t>
      </w:r>
    </w:p>
    <w:p w:rsidR="00583186" w:rsidRDefault="00D92412">
      <w:pPr>
        <w:spacing w:after="120"/>
        <w:jc w:val="both"/>
      </w:pPr>
      <w:r>
        <w:t>(2) Всеки, който отглежда куче или се грижи за такова, е длъжен да му осигурява условията, грижите и вниманието, съобразени с естествените му нужди според породата му.</w:t>
      </w:r>
    </w:p>
    <w:p w:rsidR="00E62FEB" w:rsidRDefault="00D92412">
      <w:pPr>
        <w:spacing w:after="120"/>
        <w:jc w:val="both"/>
      </w:pPr>
      <w:r>
        <w:t xml:space="preserve">(3)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куче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отглеждано</w:t>
      </w:r>
      <w:proofErr w:type="spellEnd"/>
      <w:r>
        <w:t xml:space="preserve">, </w:t>
      </w:r>
      <w:proofErr w:type="spellStart"/>
      <w:r>
        <w:t>ако</w:t>
      </w:r>
      <w:proofErr w:type="spellEnd"/>
      <w:r>
        <w:t>:</w:t>
      </w:r>
    </w:p>
    <w:p w:rsidR="00E62FEB" w:rsidRDefault="00D92412">
      <w:pPr>
        <w:spacing w:after="120"/>
        <w:jc w:val="both"/>
      </w:pPr>
      <w:r>
        <w:t xml:space="preserve">1. Условията, посочени в ал. 1 и ал. 2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изпълнени</w:t>
      </w:r>
      <w:proofErr w:type="spellEnd"/>
      <w:r>
        <w:t>.</w:t>
      </w:r>
    </w:p>
    <w:p w:rsidR="00583186" w:rsidRDefault="00D92412">
      <w:pPr>
        <w:spacing w:after="120"/>
        <w:jc w:val="both"/>
      </w:pPr>
      <w:r>
        <w:t>2. Въпреки създадените условия по ал. 2 от настоящия член, кучето не може да се приспособи към тях.</w:t>
      </w:r>
    </w:p>
    <w:p w:rsidR="00583186" w:rsidRPr="00D52E86" w:rsidRDefault="00D92412">
      <w:pPr>
        <w:spacing w:after="120"/>
        <w:jc w:val="both"/>
      </w:pPr>
      <w:r>
        <w:t xml:space="preserve">(4) В случаите по ал. 3 и когато стопанинът не е успял да намери нов собственик на кучето, то се настанява в регистриран „Приют за безстопанствени животни“. </w:t>
      </w:r>
      <w:proofErr w:type="spellStart"/>
      <w:r>
        <w:t>Настаняването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човека</w:t>
      </w:r>
      <w:proofErr w:type="spellEnd"/>
      <w:r>
        <w:t xml:space="preserve">, </w:t>
      </w:r>
      <w:proofErr w:type="spellStart"/>
      <w:r w:rsidRPr="00D52E86">
        <w:t>който</w:t>
      </w:r>
      <w:proofErr w:type="spellEnd"/>
      <w:r w:rsidRPr="00D52E86">
        <w:t xml:space="preserve"> </w:t>
      </w:r>
      <w:proofErr w:type="spellStart"/>
      <w:r w:rsidRPr="00D52E86">
        <w:t>го</w:t>
      </w:r>
      <w:proofErr w:type="spellEnd"/>
      <w:r w:rsidRPr="00D52E86">
        <w:t xml:space="preserve"> </w:t>
      </w:r>
      <w:proofErr w:type="spellStart"/>
      <w:r w:rsidRPr="00D52E86">
        <w:t>отглежда</w:t>
      </w:r>
      <w:proofErr w:type="spellEnd"/>
      <w:r w:rsidRPr="00D52E86">
        <w:t xml:space="preserve">, </w:t>
      </w:r>
      <w:proofErr w:type="spellStart"/>
      <w:r w:rsidRPr="00D52E86">
        <w:t>по</w:t>
      </w:r>
      <w:proofErr w:type="spellEnd"/>
      <w:r w:rsidRPr="00D52E86">
        <w:t xml:space="preserve"> </w:t>
      </w:r>
      <w:proofErr w:type="spellStart"/>
      <w:r w:rsidRPr="00D52E86">
        <w:t>установения</w:t>
      </w:r>
      <w:proofErr w:type="spellEnd"/>
      <w:r w:rsidRPr="00D52E86">
        <w:t xml:space="preserve"> </w:t>
      </w:r>
      <w:proofErr w:type="spellStart"/>
      <w:r w:rsidRPr="00D52E86">
        <w:t>за</w:t>
      </w:r>
      <w:proofErr w:type="spellEnd"/>
      <w:r w:rsidRPr="00D52E86">
        <w:t xml:space="preserve"> </w:t>
      </w:r>
      <w:proofErr w:type="spellStart"/>
      <w:r w:rsidRPr="00D52E86">
        <w:t>това</w:t>
      </w:r>
      <w:proofErr w:type="spellEnd"/>
      <w:r w:rsidRPr="00D52E86">
        <w:t xml:space="preserve"> </w:t>
      </w:r>
      <w:proofErr w:type="spellStart"/>
      <w:r w:rsidRPr="00D52E86">
        <w:t>ред</w:t>
      </w:r>
      <w:proofErr w:type="spellEnd"/>
      <w:r w:rsidRPr="00D52E86">
        <w:t>.</w:t>
      </w:r>
    </w:p>
    <w:p w:rsidR="00D65729" w:rsidRPr="00D52E86" w:rsidRDefault="00D65729">
      <w:pPr>
        <w:spacing w:after="120"/>
        <w:jc w:val="both"/>
      </w:pPr>
    </w:p>
    <w:p w:rsidR="00D65729" w:rsidRPr="00D52E86" w:rsidRDefault="00D65729">
      <w:pPr>
        <w:spacing w:after="120"/>
        <w:jc w:val="both"/>
      </w:pPr>
    </w:p>
    <w:p w:rsidR="00583186" w:rsidRDefault="00D92412">
      <w:pPr>
        <w:spacing w:after="120"/>
        <w:jc w:val="both"/>
      </w:pPr>
      <w:proofErr w:type="spellStart"/>
      <w:r w:rsidRPr="00D52E86">
        <w:lastRenderedPageBreak/>
        <w:t>Чл</w:t>
      </w:r>
      <w:proofErr w:type="spellEnd"/>
      <w:r w:rsidRPr="00D52E86">
        <w:t>. 11. Всеки собственик на куче е длъжен: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вземе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замърсява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почисти</w:t>
      </w:r>
      <w:proofErr w:type="spellEnd"/>
      <w:r>
        <w:t xml:space="preserve">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дефекация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вземе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вземе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предотвратяване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нежелано</w:t>
      </w:r>
      <w:proofErr w:type="spellEnd"/>
      <w:r>
        <w:t xml:space="preserve"> </w:t>
      </w:r>
      <w:proofErr w:type="spellStart"/>
      <w:r>
        <w:t>размножаване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размножаване да се съобразява с физиологичните, </w:t>
      </w:r>
      <w:proofErr w:type="spellStart"/>
      <w:r>
        <w:t>анатомичните</w:t>
      </w:r>
      <w:proofErr w:type="spellEnd"/>
      <w:r>
        <w:t xml:space="preserve"> и </w:t>
      </w:r>
      <w:proofErr w:type="spellStart"/>
      <w:r>
        <w:t>поведенческите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</w:t>
      </w:r>
      <w:proofErr w:type="spellEnd"/>
      <w:r>
        <w:t xml:space="preserve"> </w:t>
      </w:r>
      <w:proofErr w:type="spellStart"/>
      <w:r>
        <w:t>застрашаване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здраве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извеждането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кучето</w:t>
      </w:r>
      <w:proofErr w:type="spellEnd"/>
      <w:r>
        <w:t xml:space="preserve"> да носи в себе си </w:t>
      </w:r>
      <w:proofErr w:type="spellStart"/>
      <w:r>
        <w:t>ветеринарномедицинския</w:t>
      </w:r>
      <w:proofErr w:type="spellEnd"/>
      <w:r>
        <w:t xml:space="preserve"> </w:t>
      </w:r>
      <w:proofErr w:type="spellStart"/>
      <w:r>
        <w:t>паспорт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общинските</w:t>
      </w:r>
      <w:proofErr w:type="spellEnd"/>
      <w:r>
        <w:t xml:space="preserve"> и </w:t>
      </w:r>
      <w:proofErr w:type="spellStart"/>
      <w:r>
        <w:t>ветеринарномедицинските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ветеринарномедицинския</w:t>
      </w:r>
      <w:proofErr w:type="spellEnd"/>
      <w:r>
        <w:t xml:space="preserve"> </w:t>
      </w:r>
      <w:proofErr w:type="spellStart"/>
      <w:r>
        <w:t>паспорт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посещение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ветеринарен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Ежегодно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кучето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ваксинация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бяс</w:t>
      </w:r>
      <w:proofErr w:type="spellEnd"/>
      <w:r>
        <w:t>.</w:t>
      </w:r>
    </w:p>
    <w:p w:rsidR="003A7D4F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Когато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отглежда</w:t>
      </w:r>
      <w:proofErr w:type="spellEnd"/>
      <w:r>
        <w:t xml:space="preserve"> в </w:t>
      </w:r>
      <w:proofErr w:type="spellStart"/>
      <w:r>
        <w:t>затворени</w:t>
      </w:r>
      <w:proofErr w:type="spellEnd"/>
      <w:r>
        <w:t xml:space="preserve"> </w:t>
      </w:r>
      <w:proofErr w:type="spellStart"/>
      <w:r>
        <w:t>помещения</w:t>
      </w:r>
      <w:proofErr w:type="spellEnd"/>
      <w:r>
        <w:t xml:space="preserve">, </w:t>
      </w:r>
      <w:proofErr w:type="spellStart"/>
      <w:r>
        <w:t>ежедневно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разходка</w:t>
      </w:r>
      <w:proofErr w:type="spellEnd"/>
      <w:r>
        <w:t>.</w:t>
      </w:r>
    </w:p>
    <w:p w:rsidR="00D92412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Когато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отглежда</w:t>
      </w:r>
      <w:proofErr w:type="spellEnd"/>
      <w:r>
        <w:t xml:space="preserve"> </w:t>
      </w:r>
      <w:proofErr w:type="spellStart"/>
      <w:r>
        <w:t>вързано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открито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осигури</w:t>
      </w:r>
      <w:proofErr w:type="spellEnd"/>
      <w:r>
        <w:t xml:space="preserve"> </w:t>
      </w:r>
      <w:proofErr w:type="spellStart"/>
      <w:r>
        <w:t>подслон</w:t>
      </w:r>
      <w:proofErr w:type="spellEnd"/>
      <w:r>
        <w:t xml:space="preserve"> и </w:t>
      </w:r>
      <w:proofErr w:type="spellStart"/>
      <w:r>
        <w:t>площ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свободно</w:t>
      </w:r>
      <w:proofErr w:type="spellEnd"/>
      <w:r>
        <w:t xml:space="preserve"> </w:t>
      </w:r>
      <w:proofErr w:type="spellStart"/>
      <w:r>
        <w:t>движение</w:t>
      </w:r>
      <w:proofErr w:type="spellEnd"/>
      <w:r>
        <w:t>.</w:t>
      </w:r>
    </w:p>
    <w:p w:rsidR="00D92412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грижи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изоставя</w:t>
      </w:r>
      <w:proofErr w:type="spellEnd"/>
      <w:r>
        <w:t>.</w:t>
      </w:r>
    </w:p>
    <w:p w:rsidR="00D92412" w:rsidRDefault="00D92412" w:rsidP="003A7D4F">
      <w:pPr>
        <w:pStyle w:val="ae"/>
        <w:numPr>
          <w:ilvl w:val="0"/>
          <w:numId w:val="17"/>
        </w:numPr>
        <w:spacing w:after="120"/>
        <w:jc w:val="both"/>
      </w:pPr>
      <w:proofErr w:type="spellStart"/>
      <w:r>
        <w:t>Да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животно</w:t>
      </w:r>
      <w:proofErr w:type="spellEnd"/>
      <w:r>
        <w:t xml:space="preserve"> в </w:t>
      </w:r>
      <w:proofErr w:type="spellStart"/>
      <w:r>
        <w:t>зависимост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вида</w:t>
      </w:r>
      <w:proofErr w:type="spellEnd"/>
      <w:r>
        <w:t xml:space="preserve">, </w:t>
      </w:r>
      <w:proofErr w:type="spellStart"/>
      <w:r>
        <w:t>възрастта</w:t>
      </w:r>
      <w:proofErr w:type="spellEnd"/>
      <w:r>
        <w:t xml:space="preserve"> и </w:t>
      </w:r>
      <w:proofErr w:type="spellStart"/>
      <w:r>
        <w:t>породата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>:</w:t>
      </w:r>
    </w:p>
    <w:p w:rsidR="001177ED" w:rsidRDefault="00D92412" w:rsidP="00D92412">
      <w:pPr>
        <w:pStyle w:val="ae"/>
        <w:spacing w:after="120"/>
        <w:jc w:val="both"/>
      </w:pPr>
      <w:r>
        <w:t xml:space="preserve">а)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обитаване</w:t>
      </w:r>
      <w:proofErr w:type="spellEnd"/>
      <w:r>
        <w:t xml:space="preserve"> и </w:t>
      </w:r>
      <w:proofErr w:type="spellStart"/>
      <w:r>
        <w:t>условия</w:t>
      </w:r>
      <w:proofErr w:type="spellEnd"/>
      <w:r>
        <w:t xml:space="preserve">, </w:t>
      </w:r>
      <w:proofErr w:type="spellStart"/>
      <w:r>
        <w:t>съобразени</w:t>
      </w:r>
      <w:proofErr w:type="spellEnd"/>
      <w:r>
        <w:t xml:space="preserve"> с </w:t>
      </w:r>
      <w:proofErr w:type="spellStart"/>
      <w:r>
        <w:t>нуждите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177ED" w:rsidRDefault="00D92412" w:rsidP="00D92412">
      <w:pPr>
        <w:pStyle w:val="ae"/>
        <w:spacing w:after="120"/>
        <w:jc w:val="both"/>
      </w:pPr>
      <w:r>
        <w:t xml:space="preserve">б) </w:t>
      </w:r>
      <w:proofErr w:type="spellStart"/>
      <w:r>
        <w:t>Необходимото</w:t>
      </w:r>
      <w:proofErr w:type="spellEnd"/>
      <w:r>
        <w:t xml:space="preserve"> </w:t>
      </w:r>
      <w:proofErr w:type="spellStart"/>
      <w:r>
        <w:t>пространство</w:t>
      </w:r>
      <w:proofErr w:type="spellEnd"/>
      <w:r>
        <w:t xml:space="preserve"> и </w:t>
      </w:r>
      <w:proofErr w:type="spellStart"/>
      <w:r>
        <w:t>свобода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движение</w:t>
      </w:r>
      <w:proofErr w:type="spellEnd"/>
      <w:r>
        <w:t>.</w:t>
      </w:r>
    </w:p>
    <w:p w:rsidR="001177ED" w:rsidRDefault="00D92412" w:rsidP="00D92412">
      <w:pPr>
        <w:pStyle w:val="ae"/>
        <w:spacing w:after="120"/>
        <w:jc w:val="both"/>
      </w:pPr>
      <w:r>
        <w:t xml:space="preserve">в) </w:t>
      </w:r>
      <w:proofErr w:type="spellStart"/>
      <w:r>
        <w:t>Достатъчно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 </w:t>
      </w:r>
      <w:proofErr w:type="spellStart"/>
      <w:r>
        <w:t>храна</w:t>
      </w:r>
      <w:proofErr w:type="spellEnd"/>
      <w:r>
        <w:t xml:space="preserve"> и </w:t>
      </w:r>
      <w:proofErr w:type="spellStart"/>
      <w:r>
        <w:t>вода</w:t>
      </w:r>
      <w:proofErr w:type="spellEnd"/>
      <w:r>
        <w:t>.</w:t>
      </w:r>
    </w:p>
    <w:p w:rsidR="001177ED" w:rsidRDefault="00D92412" w:rsidP="00D92412">
      <w:pPr>
        <w:pStyle w:val="ae"/>
        <w:spacing w:after="120"/>
        <w:jc w:val="both"/>
      </w:pPr>
      <w:r>
        <w:t xml:space="preserve">г) </w:t>
      </w:r>
      <w:proofErr w:type="spellStart"/>
      <w:r>
        <w:t>Свободен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местата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 и </w:t>
      </w:r>
      <w:proofErr w:type="spellStart"/>
      <w:r>
        <w:t>поене</w:t>
      </w:r>
      <w:proofErr w:type="spellEnd"/>
      <w:r>
        <w:t>.</w:t>
      </w:r>
    </w:p>
    <w:p w:rsidR="001177ED" w:rsidRDefault="00D92412" w:rsidP="00D92412">
      <w:pPr>
        <w:pStyle w:val="ae"/>
        <w:spacing w:after="120"/>
        <w:jc w:val="both"/>
      </w:pPr>
      <w:r>
        <w:t xml:space="preserve">д) </w:t>
      </w:r>
      <w:proofErr w:type="spellStart"/>
      <w:r>
        <w:t>Подходящ</w:t>
      </w:r>
      <w:proofErr w:type="spellEnd"/>
      <w:r>
        <w:t xml:space="preserve"> </w:t>
      </w:r>
      <w:proofErr w:type="spellStart"/>
      <w:r>
        <w:t>микроклимат</w:t>
      </w:r>
      <w:proofErr w:type="spellEnd"/>
      <w:r>
        <w:t>.</w:t>
      </w:r>
    </w:p>
    <w:p w:rsidR="001177ED" w:rsidRDefault="00D92412" w:rsidP="00D92412">
      <w:pPr>
        <w:pStyle w:val="ae"/>
        <w:spacing w:after="120"/>
        <w:jc w:val="both"/>
      </w:pPr>
      <w:r>
        <w:t xml:space="preserve">е) Редовно профилактично </w:t>
      </w:r>
      <w:proofErr w:type="spellStart"/>
      <w:r>
        <w:t>ветеринарномедицинско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 и </w:t>
      </w:r>
      <w:proofErr w:type="spellStart"/>
      <w:r>
        <w:t>незабавно</w:t>
      </w:r>
      <w:proofErr w:type="spellEnd"/>
      <w:r>
        <w:t xml:space="preserve"> </w:t>
      </w:r>
      <w:proofErr w:type="spellStart"/>
      <w:r>
        <w:t>лечение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заболяване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нараняване</w:t>
      </w:r>
      <w:proofErr w:type="spellEnd"/>
      <w:r>
        <w:t>.</w:t>
      </w:r>
    </w:p>
    <w:p w:rsidR="00583186" w:rsidRPr="00D52E86" w:rsidRDefault="00D92412" w:rsidP="00D92412">
      <w:pPr>
        <w:pStyle w:val="ae"/>
        <w:spacing w:after="120"/>
        <w:jc w:val="both"/>
      </w:pPr>
      <w:r>
        <w:t>ж) Подходящи съдове за хранене и поене, поставени по начин, който не позволява замърсяването им и намалява до минимум агресивната конкуренция между животните.</w:t>
      </w:r>
      <w:r>
        <w:br/>
        <w:t xml:space="preserve">12. </w:t>
      </w:r>
      <w:r w:rsidRPr="00D52E86">
        <w:t>Да предприеме всички мерки за предотвратяване на бягството на животното.</w:t>
      </w:r>
      <w:r w:rsidRPr="00D52E86">
        <w:br/>
        <w:t xml:space="preserve">13. Гледачите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животни</w:t>
      </w:r>
      <w:proofErr w:type="spellEnd"/>
      <w:r w:rsidRPr="00D52E86">
        <w:t xml:space="preserve"> </w:t>
      </w:r>
      <w:proofErr w:type="spellStart"/>
      <w:r w:rsidRPr="00D52E86">
        <w:t>да</w:t>
      </w:r>
      <w:proofErr w:type="spellEnd"/>
      <w:r w:rsidRPr="00D52E86">
        <w:t xml:space="preserve"> </w:t>
      </w:r>
      <w:proofErr w:type="spellStart"/>
      <w:r w:rsidRPr="00D52E86">
        <w:t>проверяват</w:t>
      </w:r>
      <w:proofErr w:type="spellEnd"/>
      <w:r w:rsidRPr="00D52E86">
        <w:t xml:space="preserve"> </w:t>
      </w:r>
      <w:proofErr w:type="spellStart"/>
      <w:r w:rsidRPr="00D52E86">
        <w:t>най-малко</w:t>
      </w:r>
      <w:proofErr w:type="spellEnd"/>
      <w:r w:rsidRPr="00D52E86">
        <w:t xml:space="preserve"> </w:t>
      </w:r>
      <w:proofErr w:type="spellStart"/>
      <w:r w:rsidRPr="00D52E86">
        <w:t>един</w:t>
      </w:r>
      <w:proofErr w:type="spellEnd"/>
      <w:r w:rsidRPr="00D52E86">
        <w:t xml:space="preserve"> </w:t>
      </w:r>
      <w:proofErr w:type="spellStart"/>
      <w:r w:rsidRPr="00D52E86">
        <w:t>път</w:t>
      </w:r>
      <w:proofErr w:type="spellEnd"/>
      <w:r w:rsidRPr="00D52E86">
        <w:t xml:space="preserve"> </w:t>
      </w:r>
      <w:proofErr w:type="spellStart"/>
      <w:r w:rsidRPr="00D52E86">
        <w:t>дневно</w:t>
      </w:r>
      <w:proofErr w:type="spellEnd"/>
      <w:r w:rsidRPr="00D52E86">
        <w:t xml:space="preserve"> </w:t>
      </w:r>
      <w:proofErr w:type="spellStart"/>
      <w:r w:rsidRPr="00D52E86">
        <w:t>състоянието</w:t>
      </w:r>
      <w:proofErr w:type="spellEnd"/>
      <w:r w:rsidRPr="00D52E86">
        <w:t xml:space="preserve"> </w:t>
      </w:r>
      <w:proofErr w:type="spellStart"/>
      <w:r w:rsidRPr="00D52E86">
        <w:t>им</w:t>
      </w:r>
      <w:proofErr w:type="spellEnd"/>
      <w:r w:rsidRPr="00D52E86">
        <w:t>.</w:t>
      </w:r>
    </w:p>
    <w:p w:rsidR="00583186" w:rsidRPr="00D52E86" w:rsidRDefault="00D92412">
      <w:pPr>
        <w:spacing w:after="120"/>
        <w:jc w:val="both"/>
      </w:pPr>
      <w:r w:rsidRPr="00D52E86">
        <w:t>Чл. 12. Собствениците на кучета, които ги използват за размножаване, са длъжни да се регистрират по чл. 137 от ЗВМД.</w:t>
      </w:r>
    </w:p>
    <w:p w:rsidR="00583186" w:rsidRPr="00D52E86" w:rsidRDefault="00D92412">
      <w:pPr>
        <w:spacing w:after="120"/>
        <w:jc w:val="both"/>
      </w:pPr>
      <w:r w:rsidRPr="00D52E86">
        <w:t>Чл. 13. (1) Забранява се: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 w:rsidRPr="00D52E86">
        <w:t>Причиняването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страх</w:t>
      </w:r>
      <w:proofErr w:type="spellEnd"/>
      <w:r w:rsidRPr="00D52E86">
        <w:t xml:space="preserve">, </w:t>
      </w:r>
      <w:proofErr w:type="spellStart"/>
      <w:r w:rsidRPr="00D52E86">
        <w:t>нараняване</w:t>
      </w:r>
      <w:proofErr w:type="spellEnd"/>
      <w:r w:rsidRPr="00D52E86">
        <w:t xml:space="preserve">, болка, страдание, стрес или смърт на </w:t>
      </w:r>
      <w:proofErr w:type="spellStart"/>
      <w:r w:rsidRPr="00D52E86">
        <w:t>животни</w:t>
      </w:r>
      <w:proofErr w:type="spellEnd"/>
      <w:r w:rsidRPr="00D52E86">
        <w:t xml:space="preserve">, </w:t>
      </w:r>
      <w:proofErr w:type="spellStart"/>
      <w:r w:rsidRPr="00D52E86">
        <w:t>освен</w:t>
      </w:r>
      <w:proofErr w:type="spellEnd"/>
      <w:r w:rsidRPr="00D52E86">
        <w:t xml:space="preserve"> в </w:t>
      </w:r>
      <w:proofErr w:type="spellStart"/>
      <w:r w:rsidRPr="00D52E86">
        <w:t>случаите</w:t>
      </w:r>
      <w:proofErr w:type="spellEnd"/>
      <w:r w:rsidRPr="00D52E86">
        <w:t xml:space="preserve">, </w:t>
      </w:r>
      <w:proofErr w:type="spellStart"/>
      <w:r w:rsidRPr="00D52E86">
        <w:t>посочени</w:t>
      </w:r>
      <w:proofErr w:type="spellEnd"/>
      <w:r w:rsidRPr="00D52E86">
        <w:t xml:space="preserve"> в </w:t>
      </w:r>
      <w:proofErr w:type="spellStart"/>
      <w:r w:rsidRPr="00D52E86">
        <w:t>закона</w:t>
      </w:r>
      <w:proofErr w:type="spellEnd"/>
      <w:r w:rsidRPr="00D52E86">
        <w:t xml:space="preserve">, </w:t>
      </w:r>
      <w:proofErr w:type="spellStart"/>
      <w:r w:rsidRPr="00D52E86">
        <w:t>или</w:t>
      </w:r>
      <w:proofErr w:type="spellEnd"/>
      <w:r w:rsidRPr="00D52E86">
        <w:t xml:space="preserve"> </w:t>
      </w:r>
      <w:proofErr w:type="spellStart"/>
      <w:r w:rsidRPr="00D52E86">
        <w:t>при</w:t>
      </w:r>
      <w:proofErr w:type="spellEnd"/>
      <w:r w:rsidRPr="00D52E86">
        <w:t xml:space="preserve"> </w:t>
      </w:r>
      <w:proofErr w:type="spellStart"/>
      <w:r w:rsidRPr="00D52E86">
        <w:t>самозащита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Използването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представления</w:t>
      </w:r>
      <w:proofErr w:type="spellEnd"/>
      <w:r>
        <w:t xml:space="preserve">, </w:t>
      </w:r>
      <w:proofErr w:type="spellStart"/>
      <w:r>
        <w:t>водещи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болка</w:t>
      </w:r>
      <w:proofErr w:type="spellEnd"/>
      <w:r>
        <w:t xml:space="preserve">, </w:t>
      </w:r>
      <w:proofErr w:type="spellStart"/>
      <w:r>
        <w:t>наранявания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увреждания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Дресурата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причинява</w:t>
      </w:r>
      <w:proofErr w:type="spellEnd"/>
      <w:r>
        <w:t xml:space="preserve"> </w:t>
      </w:r>
      <w:proofErr w:type="spellStart"/>
      <w:r>
        <w:t>болка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страдание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lastRenderedPageBreak/>
        <w:t>Подлагането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натоварвания, които не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съобразени</w:t>
      </w:r>
      <w:proofErr w:type="spellEnd"/>
      <w:r>
        <w:t xml:space="preserve"> с </w:t>
      </w:r>
      <w:proofErr w:type="spellStart"/>
      <w:r>
        <w:t>анатомичните</w:t>
      </w:r>
      <w:proofErr w:type="spellEnd"/>
      <w:r>
        <w:t xml:space="preserve"> и </w:t>
      </w:r>
      <w:proofErr w:type="spellStart"/>
      <w:r>
        <w:t>физиологичните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възможности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Връзването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причинява</w:t>
      </w:r>
      <w:proofErr w:type="spellEnd"/>
      <w:r>
        <w:t xml:space="preserve"> </w:t>
      </w:r>
      <w:proofErr w:type="spellStart"/>
      <w:r>
        <w:t>болка</w:t>
      </w:r>
      <w:proofErr w:type="spellEnd"/>
      <w:r>
        <w:t xml:space="preserve">, </w:t>
      </w:r>
      <w:proofErr w:type="spellStart"/>
      <w:r>
        <w:t>страдание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нараняване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Отглеждането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постоянна</w:t>
      </w:r>
      <w:proofErr w:type="spellEnd"/>
      <w:r>
        <w:t xml:space="preserve"> </w:t>
      </w:r>
      <w:proofErr w:type="spellStart"/>
      <w:r>
        <w:t>тъмнина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постоянно</w:t>
      </w:r>
      <w:proofErr w:type="spellEnd"/>
      <w:r>
        <w:t xml:space="preserve"> </w:t>
      </w:r>
      <w:proofErr w:type="spellStart"/>
      <w:r>
        <w:t>вързани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Разхождането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улиците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диви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представления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търговия</w:t>
      </w:r>
      <w:proofErr w:type="spellEnd"/>
      <w:r>
        <w:t>.</w:t>
      </w:r>
    </w:p>
    <w:p w:rsidR="001177ED" w:rsidRPr="00D52E86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 w:rsidRPr="00D52E86">
        <w:t>Извършването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ветеринарномедицински</w:t>
      </w:r>
      <w:proofErr w:type="spellEnd"/>
      <w:r w:rsidRPr="00D52E86">
        <w:t xml:space="preserve"> </w:t>
      </w:r>
      <w:proofErr w:type="spellStart"/>
      <w:r w:rsidRPr="00D52E86">
        <w:t>манипулации</w:t>
      </w:r>
      <w:proofErr w:type="spellEnd"/>
      <w:r w:rsidRPr="00D52E86">
        <w:t xml:space="preserve"> и </w:t>
      </w:r>
      <w:proofErr w:type="spellStart"/>
      <w:r w:rsidRPr="00D52E86">
        <w:t>прилагането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ветеринарномедицински</w:t>
      </w:r>
      <w:proofErr w:type="spellEnd"/>
      <w:r w:rsidRPr="00D52E86">
        <w:t xml:space="preserve"> </w:t>
      </w:r>
      <w:proofErr w:type="spellStart"/>
      <w:r w:rsidRPr="00D52E86">
        <w:t>продукти</w:t>
      </w:r>
      <w:proofErr w:type="spellEnd"/>
      <w:r w:rsidRPr="00D52E86">
        <w:t xml:space="preserve"> </w:t>
      </w:r>
      <w:proofErr w:type="spellStart"/>
      <w:r w:rsidRPr="00D52E86">
        <w:t>от</w:t>
      </w:r>
      <w:proofErr w:type="spellEnd"/>
      <w:r w:rsidRPr="00D52E86">
        <w:t xml:space="preserve"> </w:t>
      </w:r>
      <w:proofErr w:type="spellStart"/>
      <w:r w:rsidRPr="00D52E86">
        <w:t>лица</w:t>
      </w:r>
      <w:proofErr w:type="spellEnd"/>
      <w:r w:rsidRPr="00D52E86">
        <w:t xml:space="preserve"> </w:t>
      </w:r>
      <w:proofErr w:type="spellStart"/>
      <w:r w:rsidRPr="00D52E86">
        <w:t>без</w:t>
      </w:r>
      <w:proofErr w:type="spellEnd"/>
      <w:r w:rsidRPr="00D52E86">
        <w:t xml:space="preserve"> </w:t>
      </w:r>
      <w:proofErr w:type="spellStart"/>
      <w:r w:rsidRPr="00D52E86">
        <w:t>необходимата</w:t>
      </w:r>
      <w:proofErr w:type="spellEnd"/>
      <w:r w:rsidRPr="00D52E86">
        <w:t xml:space="preserve"> </w:t>
      </w:r>
      <w:proofErr w:type="spellStart"/>
      <w:r w:rsidRPr="00D52E86">
        <w:t>квалификация</w:t>
      </w:r>
      <w:proofErr w:type="spellEnd"/>
      <w:r w:rsidRPr="00D52E86">
        <w:t>.</w:t>
      </w:r>
    </w:p>
    <w:p w:rsidR="001177ED" w:rsidRPr="00D52E86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 w:rsidRPr="00D52E86">
        <w:t>Прилагането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упойващи</w:t>
      </w:r>
      <w:proofErr w:type="spellEnd"/>
      <w:r w:rsidRPr="00D52E86">
        <w:t xml:space="preserve"> </w:t>
      </w:r>
      <w:proofErr w:type="spellStart"/>
      <w:r w:rsidRPr="00D52E86">
        <w:t>вещества</w:t>
      </w:r>
      <w:proofErr w:type="spellEnd"/>
      <w:r w:rsidRPr="00D52E86">
        <w:t xml:space="preserve"> или вещества, които увреждат здравето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животните</w:t>
      </w:r>
      <w:proofErr w:type="spellEnd"/>
      <w:r w:rsidRPr="00D52E86">
        <w:t xml:space="preserve">, с </w:t>
      </w:r>
      <w:proofErr w:type="spellStart"/>
      <w:r w:rsidRPr="00D52E86">
        <w:t>изключение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случаите</w:t>
      </w:r>
      <w:proofErr w:type="spellEnd"/>
      <w:r w:rsidRPr="00D52E86">
        <w:t xml:space="preserve">, </w:t>
      </w:r>
      <w:proofErr w:type="spellStart"/>
      <w:r w:rsidRPr="00D52E86">
        <w:t>които</w:t>
      </w:r>
      <w:proofErr w:type="spellEnd"/>
      <w:r w:rsidRPr="00D52E86">
        <w:t xml:space="preserve"> </w:t>
      </w:r>
      <w:proofErr w:type="spellStart"/>
      <w:r w:rsidRPr="00D52E86">
        <w:t>са</w:t>
      </w:r>
      <w:proofErr w:type="spellEnd"/>
      <w:r w:rsidRPr="00D52E86">
        <w:t xml:space="preserve"> </w:t>
      </w:r>
      <w:proofErr w:type="spellStart"/>
      <w:r w:rsidRPr="00D52E86">
        <w:t>медицински</w:t>
      </w:r>
      <w:proofErr w:type="spellEnd"/>
      <w:r w:rsidRPr="00D52E86">
        <w:t xml:space="preserve"> </w:t>
      </w:r>
      <w:proofErr w:type="spellStart"/>
      <w:proofErr w:type="gramStart"/>
      <w:r w:rsidRPr="00D52E86">
        <w:t>оправдани</w:t>
      </w:r>
      <w:proofErr w:type="spellEnd"/>
      <w:r w:rsidR="001177ED" w:rsidRPr="00D52E86">
        <w:rPr>
          <w:lang w:val="bg-BG"/>
        </w:rPr>
        <w:t xml:space="preserve">.   </w:t>
      </w:r>
      <w:proofErr w:type="gramEnd"/>
      <w:r w:rsidR="001177ED" w:rsidRPr="00D52E86">
        <w:rPr>
          <w:lang w:val="bg-BG"/>
        </w:rPr>
        <w:t xml:space="preserve">    </w:t>
      </w:r>
      <w:r w:rsidRPr="00D52E86">
        <w:t>.</w:t>
      </w:r>
    </w:p>
    <w:p w:rsidR="001177ED" w:rsidRPr="00D52E86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 w:rsidRPr="00D52E86">
        <w:t>Разхождането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кучета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територията на учебните, детските, здравните заведения, детските и спортните </w:t>
      </w:r>
      <w:proofErr w:type="spellStart"/>
      <w:r w:rsidRPr="00D52E86">
        <w:t>площадки</w:t>
      </w:r>
      <w:proofErr w:type="spellEnd"/>
      <w:r w:rsidRPr="00D52E86">
        <w:t xml:space="preserve"> и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местата</w:t>
      </w:r>
      <w:proofErr w:type="spellEnd"/>
      <w:r w:rsidRPr="00D52E86">
        <w:t xml:space="preserve">, </w:t>
      </w:r>
      <w:proofErr w:type="spellStart"/>
      <w:r w:rsidRPr="00D52E86">
        <w:t>обозначени</w:t>
      </w:r>
      <w:proofErr w:type="spellEnd"/>
      <w:r w:rsidRPr="00D52E86">
        <w:t xml:space="preserve"> </w:t>
      </w:r>
      <w:proofErr w:type="spellStart"/>
      <w:r w:rsidRPr="00D52E86">
        <w:t>със</w:t>
      </w:r>
      <w:proofErr w:type="spellEnd"/>
      <w:r w:rsidRPr="00D52E86">
        <w:t xml:space="preserve"> </w:t>
      </w:r>
      <w:proofErr w:type="spellStart"/>
      <w:r w:rsidRPr="00D52E86">
        <w:t>забранителни</w:t>
      </w:r>
      <w:proofErr w:type="spellEnd"/>
      <w:r w:rsidRPr="00D52E86">
        <w:t xml:space="preserve"> </w:t>
      </w:r>
      <w:proofErr w:type="spellStart"/>
      <w:r w:rsidRPr="00D52E86">
        <w:t>знаци</w:t>
      </w:r>
      <w:proofErr w:type="spellEnd"/>
      <w:r w:rsidRPr="00D52E86">
        <w:t xml:space="preserve"> </w:t>
      </w:r>
      <w:proofErr w:type="spellStart"/>
      <w:r w:rsidRPr="00D52E86">
        <w:t>от</w:t>
      </w:r>
      <w:proofErr w:type="spellEnd"/>
      <w:r w:rsidRPr="00D52E86">
        <w:t xml:space="preserve"> </w:t>
      </w:r>
      <w:proofErr w:type="spellStart"/>
      <w:r w:rsidRPr="00D52E86">
        <w:t>общината</w:t>
      </w:r>
      <w:proofErr w:type="spellEnd"/>
      <w:r w:rsidRPr="00D52E86">
        <w:t>.</w:t>
      </w:r>
    </w:p>
    <w:p w:rsidR="001177ED" w:rsidRPr="00D52E86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 w:rsidRPr="00D52E86">
        <w:t>Разхождането</w:t>
      </w:r>
      <w:proofErr w:type="spellEnd"/>
      <w:r w:rsidRPr="00D52E86">
        <w:t xml:space="preserve"> </w:t>
      </w:r>
      <w:proofErr w:type="spellStart"/>
      <w:r w:rsidRPr="00D52E86">
        <w:t>на</w:t>
      </w:r>
      <w:proofErr w:type="spellEnd"/>
      <w:r w:rsidRPr="00D52E86">
        <w:t xml:space="preserve"> </w:t>
      </w:r>
      <w:proofErr w:type="spellStart"/>
      <w:r w:rsidRPr="00D52E86">
        <w:t>кучета</w:t>
      </w:r>
      <w:proofErr w:type="spellEnd"/>
      <w:r w:rsidRPr="00D52E86">
        <w:t xml:space="preserve"> </w:t>
      </w:r>
      <w:proofErr w:type="spellStart"/>
      <w:r w:rsidRPr="00D52E86">
        <w:t>от</w:t>
      </w:r>
      <w:proofErr w:type="spellEnd"/>
      <w:r w:rsidRPr="00D52E86">
        <w:t xml:space="preserve"> </w:t>
      </w:r>
      <w:proofErr w:type="spellStart"/>
      <w:r w:rsidRPr="00D52E86">
        <w:t>едрите</w:t>
      </w:r>
      <w:proofErr w:type="spellEnd"/>
      <w:r w:rsidRPr="00D52E86">
        <w:t xml:space="preserve"> </w:t>
      </w:r>
      <w:proofErr w:type="spellStart"/>
      <w:r w:rsidRPr="00D52E86">
        <w:t>породи</w:t>
      </w:r>
      <w:proofErr w:type="spellEnd"/>
      <w:r w:rsidRPr="00D52E86">
        <w:t xml:space="preserve"> </w:t>
      </w:r>
      <w:proofErr w:type="spellStart"/>
      <w:r w:rsidRPr="00D52E86">
        <w:t>от</w:t>
      </w:r>
      <w:proofErr w:type="spellEnd"/>
      <w:r w:rsidRPr="00D52E86">
        <w:t xml:space="preserve"> </w:t>
      </w:r>
      <w:proofErr w:type="spellStart"/>
      <w:r w:rsidRPr="00D52E86">
        <w:t>малолетни</w:t>
      </w:r>
      <w:proofErr w:type="spellEnd"/>
      <w:r w:rsidRPr="00D52E86">
        <w:t xml:space="preserve"> </w:t>
      </w:r>
      <w:proofErr w:type="spellStart"/>
      <w:r w:rsidRPr="00D52E86">
        <w:t>лица</w:t>
      </w:r>
      <w:proofErr w:type="spellEnd"/>
      <w:r w:rsidRPr="00D52E86">
        <w:t xml:space="preserve"> (</w:t>
      </w:r>
      <w:proofErr w:type="spellStart"/>
      <w:r w:rsidRPr="00D52E86">
        <w:t>под</w:t>
      </w:r>
      <w:proofErr w:type="spellEnd"/>
      <w:r w:rsidRPr="00D52E86">
        <w:t xml:space="preserve"> 14-годишна </w:t>
      </w:r>
      <w:proofErr w:type="spellStart"/>
      <w:r w:rsidRPr="00D52E86">
        <w:t>възраст</w:t>
      </w:r>
      <w:proofErr w:type="spellEnd"/>
      <w:r w:rsidRPr="00D52E86">
        <w:t>).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Извеждането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повод,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агресивни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 –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намордник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Насъскването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 </w:t>
      </w:r>
      <w:proofErr w:type="spellStart"/>
      <w:r>
        <w:t>спрямо</w:t>
      </w:r>
      <w:proofErr w:type="spellEnd"/>
      <w:r>
        <w:t xml:space="preserve"> </w:t>
      </w:r>
      <w:proofErr w:type="spellStart"/>
      <w:r>
        <w:t>хора</w:t>
      </w:r>
      <w:proofErr w:type="spellEnd"/>
      <w:r>
        <w:t xml:space="preserve"> и </w:t>
      </w:r>
      <w:proofErr w:type="spellStart"/>
      <w:r>
        <w:t>животни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обществени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>.</w:t>
      </w:r>
    </w:p>
    <w:p w:rsidR="001177ED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Храненето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животни</w:t>
      </w:r>
      <w:proofErr w:type="spellEnd"/>
      <w:r>
        <w:t xml:space="preserve"> с храни, които съдържат вредни субстанции, или </w:t>
      </w:r>
      <w:proofErr w:type="spellStart"/>
      <w:r>
        <w:t>храни</w:t>
      </w:r>
      <w:proofErr w:type="spellEnd"/>
      <w:r>
        <w:t xml:space="preserve">, </w:t>
      </w:r>
      <w:proofErr w:type="spellStart"/>
      <w:r>
        <w:t>неподходящи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вида</w:t>
      </w:r>
      <w:proofErr w:type="spellEnd"/>
      <w:r>
        <w:t xml:space="preserve">, </w:t>
      </w:r>
      <w:proofErr w:type="spellStart"/>
      <w:r>
        <w:t>възрастта</w:t>
      </w:r>
      <w:proofErr w:type="spellEnd"/>
      <w:r>
        <w:t xml:space="preserve"> и </w:t>
      </w:r>
      <w:proofErr w:type="spellStart"/>
      <w:r>
        <w:t>здравословното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>.</w:t>
      </w:r>
    </w:p>
    <w:p w:rsidR="00583186" w:rsidRDefault="00D92412" w:rsidP="001177ED">
      <w:pPr>
        <w:pStyle w:val="ae"/>
        <w:numPr>
          <w:ilvl w:val="0"/>
          <w:numId w:val="18"/>
        </w:numPr>
        <w:spacing w:after="120"/>
        <w:jc w:val="both"/>
      </w:pPr>
      <w:proofErr w:type="spellStart"/>
      <w:r>
        <w:t>Настаняването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едно</w:t>
      </w:r>
      <w:proofErr w:type="spellEnd"/>
      <w:r>
        <w:t xml:space="preserve"> и също място на несъвместими видове животни или на животни от един вид, когато това може да породи агресивност.</w:t>
      </w:r>
    </w:p>
    <w:p w:rsidR="00583186" w:rsidRDefault="00D92412">
      <w:pPr>
        <w:spacing w:after="120"/>
        <w:jc w:val="both"/>
      </w:pPr>
      <w:r>
        <w:t>(2) Не се допуска естественото или изкуствено заплождане, което води до или създава опасност за увреждане здравето на кучето.</w:t>
      </w:r>
    </w:p>
    <w:p w:rsidR="00583186" w:rsidRDefault="00D92412">
      <w:pPr>
        <w:spacing w:after="120"/>
        <w:jc w:val="both"/>
      </w:pPr>
      <w:r>
        <w:t>(3) Собствениците на кучета следва да осигурят задължителна кастрация, при условие че са допуснали веднъж размножаване и не са в състояние да отглеждат новородените.</w:t>
      </w:r>
    </w:p>
    <w:p w:rsidR="00583186" w:rsidRDefault="00D92412">
      <w:pPr>
        <w:spacing w:before="240" w:after="120"/>
        <w:jc w:val="center"/>
      </w:pPr>
      <w:proofErr w:type="spellStart"/>
      <w:r>
        <w:rPr>
          <w:b/>
          <w:sz w:val="28"/>
        </w:rPr>
        <w:t>Раздел</w:t>
      </w:r>
      <w:proofErr w:type="spellEnd"/>
      <w:r>
        <w:rPr>
          <w:b/>
          <w:sz w:val="28"/>
        </w:rPr>
        <w:t xml:space="preserve"> V. Административно-наказателни разпоредби</w:t>
      </w:r>
    </w:p>
    <w:p w:rsidR="00583186" w:rsidRDefault="00D92412">
      <w:pPr>
        <w:spacing w:after="120"/>
        <w:jc w:val="both"/>
      </w:pPr>
      <w:r>
        <w:t xml:space="preserve">Чл. 14. Контролни органи по смисъла на Наредбата са кметът на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 xml:space="preserve"> и </w:t>
      </w:r>
      <w:proofErr w:type="spellStart"/>
      <w:r>
        <w:t>определените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</w:t>
      </w:r>
      <w:r w:rsidR="001F4CE8">
        <w:t>аповед</w:t>
      </w:r>
      <w:proofErr w:type="spellEnd"/>
      <w:r w:rsidR="001F4CE8">
        <w:t xml:space="preserve"> </w:t>
      </w:r>
      <w:proofErr w:type="spellStart"/>
      <w:r w:rsidR="001F4CE8">
        <w:t>от</w:t>
      </w:r>
      <w:proofErr w:type="spellEnd"/>
      <w:r w:rsidR="001F4CE8">
        <w:t xml:space="preserve"> </w:t>
      </w:r>
      <w:proofErr w:type="spellStart"/>
      <w:r w:rsidR="001F4CE8">
        <w:t>него</w:t>
      </w:r>
      <w:proofErr w:type="spellEnd"/>
      <w:r w:rsidR="001F4CE8">
        <w:t xml:space="preserve"> </w:t>
      </w:r>
      <w:proofErr w:type="spellStart"/>
      <w:r w:rsidR="001F4CE8">
        <w:t>длъжностни</w:t>
      </w:r>
      <w:proofErr w:type="spellEnd"/>
      <w:r w:rsidR="001F4CE8">
        <w:t xml:space="preserve"> </w:t>
      </w:r>
      <w:proofErr w:type="spellStart"/>
      <w:r w:rsidR="001F4CE8">
        <w:t>лица</w:t>
      </w:r>
      <w:proofErr w:type="spellEnd"/>
      <w:r w:rsidR="001F4CE8">
        <w:t xml:space="preserve"> </w:t>
      </w:r>
      <w:r>
        <w:t xml:space="preserve">в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полицейски служители на РУ-Пирдоп.</w:t>
      </w:r>
    </w:p>
    <w:p w:rsidR="001F4CE8" w:rsidRDefault="00D92412">
      <w:pPr>
        <w:spacing w:after="120"/>
        <w:jc w:val="both"/>
      </w:pPr>
      <w:r>
        <w:t xml:space="preserve">Чл. 15. (1) Контролните органи по чл. 14 </w:t>
      </w:r>
      <w:proofErr w:type="spellStart"/>
      <w:r>
        <w:t>извършват</w:t>
      </w:r>
      <w:proofErr w:type="spellEnd"/>
      <w:r>
        <w:t>:</w:t>
      </w:r>
    </w:p>
    <w:p w:rsidR="001F4CE8" w:rsidRDefault="00D92412">
      <w:pPr>
        <w:spacing w:after="120"/>
        <w:jc w:val="both"/>
      </w:pPr>
      <w:r>
        <w:t xml:space="preserve">•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>.</w:t>
      </w:r>
    </w:p>
    <w:p w:rsidR="001F4CE8" w:rsidRDefault="00D92412">
      <w:pPr>
        <w:spacing w:after="120"/>
        <w:jc w:val="both"/>
      </w:pPr>
      <w:r>
        <w:t xml:space="preserve">• </w:t>
      </w:r>
      <w:proofErr w:type="spellStart"/>
      <w:r>
        <w:t>Системни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>.</w:t>
      </w:r>
    </w:p>
    <w:p w:rsidR="00583186" w:rsidRDefault="00D92412">
      <w:pPr>
        <w:spacing w:after="120"/>
        <w:jc w:val="both"/>
      </w:pPr>
      <w:r>
        <w:t xml:space="preserve">• Проверки по постъпили писмени молби, жалби и сигнали за нарушения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 xml:space="preserve">, </w:t>
      </w:r>
      <w:proofErr w:type="spellStart"/>
      <w:r>
        <w:t>подадени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държавни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физически</w:t>
      </w:r>
      <w:proofErr w:type="spellEnd"/>
      <w:r>
        <w:t xml:space="preserve"> и </w:t>
      </w:r>
      <w:proofErr w:type="spellStart"/>
      <w:r>
        <w:t>юридически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:rsidR="001F4CE8" w:rsidRDefault="00D92412">
      <w:pPr>
        <w:spacing w:after="120"/>
        <w:jc w:val="both"/>
      </w:pPr>
      <w:r>
        <w:t xml:space="preserve">(2) </w:t>
      </w:r>
      <w:proofErr w:type="spellStart"/>
      <w:r>
        <w:t>Контролните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:</w:t>
      </w:r>
    </w:p>
    <w:p w:rsidR="001F4CE8" w:rsidRDefault="00D92412">
      <w:pPr>
        <w:spacing w:after="120"/>
        <w:jc w:val="both"/>
      </w:pPr>
      <w:r>
        <w:t xml:space="preserve">1. Установяват самоличността на </w:t>
      </w:r>
      <w:proofErr w:type="spellStart"/>
      <w:r>
        <w:t>собственика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животното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съдействието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полицейски</w:t>
      </w:r>
      <w:proofErr w:type="spellEnd"/>
      <w:r>
        <w:t xml:space="preserve"> </w:t>
      </w:r>
      <w:proofErr w:type="spellStart"/>
      <w:r>
        <w:t>служители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РУ-</w:t>
      </w:r>
      <w:proofErr w:type="spellStart"/>
      <w:r>
        <w:t>Пирдоп</w:t>
      </w:r>
      <w:proofErr w:type="spellEnd"/>
      <w:r>
        <w:t>.</w:t>
      </w:r>
    </w:p>
    <w:p w:rsidR="00583186" w:rsidRDefault="00D92412">
      <w:pPr>
        <w:spacing w:after="120"/>
        <w:jc w:val="both"/>
      </w:pPr>
      <w:r>
        <w:lastRenderedPageBreak/>
        <w:t>2. Имат право да влизат след осигурен достъп от страна на собственика в недвижими имоти, където се отглеждат животни или се предполага, че се отглеждат или третират животни.</w:t>
      </w:r>
      <w:r>
        <w:br/>
        <w:t>3. Собствениците на кучета са длъжни да осигуряват достъп до всички обекти и цялата документация, необходима за осъществяване на проверката.</w:t>
      </w:r>
    </w:p>
    <w:p w:rsidR="001F4CE8" w:rsidRDefault="00D92412">
      <w:pPr>
        <w:spacing w:after="120"/>
        <w:jc w:val="both"/>
      </w:pPr>
      <w:r>
        <w:t xml:space="preserve">(3)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констатиране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</w:t>
      </w:r>
      <w:proofErr w:type="spellStart"/>
      <w:r>
        <w:t>контролните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:</w:t>
      </w:r>
    </w:p>
    <w:p w:rsidR="001F4CE8" w:rsidRDefault="00D92412">
      <w:pPr>
        <w:spacing w:after="120"/>
        <w:jc w:val="both"/>
      </w:pPr>
      <w:r>
        <w:t xml:space="preserve">1. Съставят констативни протоколи и </w:t>
      </w:r>
      <w:proofErr w:type="spellStart"/>
      <w:r>
        <w:t>дават</w:t>
      </w:r>
      <w:proofErr w:type="spellEnd"/>
      <w:r>
        <w:t xml:space="preserve"> </w:t>
      </w:r>
      <w:proofErr w:type="spellStart"/>
      <w:r>
        <w:t>предписания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и </w:t>
      </w:r>
      <w:proofErr w:type="spellStart"/>
      <w:r>
        <w:t>отговорници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отстраняването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>;</w:t>
      </w:r>
    </w:p>
    <w:p w:rsidR="001F4CE8" w:rsidRDefault="00D92412">
      <w:pPr>
        <w:spacing w:after="120"/>
        <w:jc w:val="both"/>
      </w:pPr>
      <w:r>
        <w:t xml:space="preserve">2. </w:t>
      </w:r>
      <w:proofErr w:type="spellStart"/>
      <w:r>
        <w:t>Съставят</w:t>
      </w:r>
      <w:proofErr w:type="spellEnd"/>
      <w:r>
        <w:t xml:space="preserve"> </w:t>
      </w:r>
      <w:proofErr w:type="spellStart"/>
      <w:r>
        <w:t>актове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(АУАН);</w:t>
      </w:r>
    </w:p>
    <w:p w:rsidR="00583186" w:rsidRPr="00D52E86" w:rsidRDefault="00D92412">
      <w:pPr>
        <w:spacing w:after="120"/>
        <w:jc w:val="both"/>
      </w:pPr>
      <w:r>
        <w:t>3. Налагат глоба срещу фиш/</w:t>
      </w:r>
      <w:r w:rsidRPr="00D52E86">
        <w:t>квитанция в законоустановените размери. При отказ от страна на нарушителя да заплати глобата на място, му се съставя акт по реда на Закона за административните нарушения и наказания (ЗАНН).</w:t>
      </w:r>
    </w:p>
    <w:p w:rsidR="00583186" w:rsidRDefault="00D92412">
      <w:pPr>
        <w:spacing w:after="120"/>
        <w:jc w:val="both"/>
      </w:pPr>
      <w:r w:rsidRPr="00D52E86">
        <w:t>(4) Въз основа на съставените актове за установени административни нарушения се издават наказателни постановления от кмета на Община Антон или от оправомощено от него длъжностно лице.</w:t>
      </w:r>
    </w:p>
    <w:p w:rsidR="00583186" w:rsidRDefault="00D92412">
      <w:pPr>
        <w:spacing w:after="120"/>
        <w:jc w:val="both"/>
      </w:pPr>
      <w:r>
        <w:t>Чл. 16. Санкции и глоби:</w:t>
      </w:r>
    </w:p>
    <w:p w:rsidR="00583186" w:rsidRDefault="00D92412">
      <w:pPr>
        <w:spacing w:after="120"/>
        <w:jc w:val="both"/>
      </w:pPr>
      <w:r>
        <w:t xml:space="preserve">(1) За констатирани нарушения по чл. 11, т. 1 и 2 от настоящата Наредба, нарушителят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наказва</w:t>
      </w:r>
      <w:proofErr w:type="spellEnd"/>
      <w:r>
        <w:t xml:space="preserve"> с </w:t>
      </w:r>
      <w:proofErr w:type="spellStart"/>
      <w:r>
        <w:t>глоба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A14768" w:rsidRPr="00A14768">
        <w:rPr>
          <w:b/>
        </w:rPr>
        <w:t>5</w:t>
      </w:r>
      <w:r w:rsidR="00A14768" w:rsidRPr="00A14768">
        <w:rPr>
          <w:b/>
          <w:lang w:val="bg-BG"/>
        </w:rPr>
        <w:t>1,13</w:t>
      </w:r>
      <w:r w:rsidR="00A14768" w:rsidRPr="00A14768">
        <w:rPr>
          <w:b/>
        </w:rPr>
        <w:t xml:space="preserve"> €</w:t>
      </w:r>
      <w:r w:rsidR="00A14768" w:rsidRPr="00A14768">
        <w:t xml:space="preserve"> </w:t>
      </w:r>
      <w:r>
        <w:t>(</w:t>
      </w:r>
      <w:proofErr w:type="spellStart"/>
      <w:r>
        <w:t>съгл</w:t>
      </w:r>
      <w:proofErr w:type="spellEnd"/>
      <w:r>
        <w:t xml:space="preserve">. чл. 426 </w:t>
      </w:r>
      <w:proofErr w:type="spellStart"/>
      <w:r>
        <w:t>от</w:t>
      </w:r>
      <w:proofErr w:type="spellEnd"/>
      <w:r>
        <w:t xml:space="preserve"> ЗВМД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почистване</w:t>
      </w:r>
      <w:proofErr w:type="spellEnd"/>
      <w:r>
        <w:t xml:space="preserve"> и безопасност).</w:t>
      </w:r>
    </w:p>
    <w:p w:rsidR="00583186" w:rsidRDefault="00D92412">
      <w:pPr>
        <w:spacing w:after="120"/>
        <w:jc w:val="both"/>
      </w:pPr>
      <w:r>
        <w:t xml:space="preserve">(2) Който не изпълни задълженията по чл. 11, т. 5–9,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наказва</w:t>
      </w:r>
      <w:proofErr w:type="spellEnd"/>
      <w:r>
        <w:t xml:space="preserve"> с </w:t>
      </w:r>
      <w:proofErr w:type="spellStart"/>
      <w:r>
        <w:t>глоба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A14768">
        <w:rPr>
          <w:b/>
          <w:lang w:val="bg-BG"/>
        </w:rPr>
        <w:t>25</w:t>
      </w:r>
      <w:r w:rsidR="00A14768" w:rsidRPr="00A14768">
        <w:rPr>
          <w:b/>
          <w:lang w:val="bg-BG"/>
        </w:rPr>
        <w:t>,</w:t>
      </w:r>
      <w:r w:rsidR="00A14768">
        <w:rPr>
          <w:b/>
          <w:lang w:val="bg-BG"/>
        </w:rPr>
        <w:t>56</w:t>
      </w:r>
      <w:r w:rsidR="00A14768" w:rsidRPr="00A14768">
        <w:rPr>
          <w:b/>
        </w:rPr>
        <w:t xml:space="preserve"> </w:t>
      </w:r>
      <w:proofErr w:type="gramStart"/>
      <w:r w:rsidR="00A14768" w:rsidRPr="00A14768">
        <w:rPr>
          <w:b/>
        </w:rPr>
        <w:t>€</w:t>
      </w:r>
      <w:r w:rsidR="00A14768" w:rsidRPr="00A14768">
        <w:t xml:space="preserve"> </w:t>
      </w:r>
      <w:r>
        <w:t xml:space="preserve"> </w:t>
      </w:r>
      <w:proofErr w:type="spellStart"/>
      <w:r>
        <w:t>до</w:t>
      </w:r>
      <w:proofErr w:type="spellEnd"/>
      <w:proofErr w:type="gramEnd"/>
      <w:r>
        <w:t xml:space="preserve"> </w:t>
      </w:r>
      <w:r w:rsidR="00A14768">
        <w:rPr>
          <w:b/>
          <w:lang w:val="bg-BG"/>
        </w:rPr>
        <w:t>255</w:t>
      </w:r>
      <w:r w:rsidR="00A14768" w:rsidRPr="00A14768">
        <w:rPr>
          <w:b/>
          <w:lang w:val="bg-BG"/>
        </w:rPr>
        <w:t>,</w:t>
      </w:r>
      <w:r w:rsidR="00A14768">
        <w:rPr>
          <w:b/>
          <w:lang w:val="bg-BG"/>
        </w:rPr>
        <w:t>65</w:t>
      </w:r>
      <w:r w:rsidR="00A14768" w:rsidRPr="00A14768">
        <w:rPr>
          <w:b/>
        </w:rPr>
        <w:t xml:space="preserve"> €</w:t>
      </w:r>
      <w:r>
        <w:t>.</w:t>
      </w:r>
    </w:p>
    <w:p w:rsidR="00583186" w:rsidRPr="0054176A" w:rsidRDefault="00D92412">
      <w:pPr>
        <w:spacing w:after="120"/>
        <w:jc w:val="both"/>
      </w:pPr>
      <w:r w:rsidRPr="0054176A">
        <w:t xml:space="preserve">(3) Който не изпълни задълженията по чл. 13, т. 1–9 и т. 13–15, </w:t>
      </w:r>
      <w:proofErr w:type="spellStart"/>
      <w:r w:rsidRPr="0054176A">
        <w:t>се</w:t>
      </w:r>
      <w:proofErr w:type="spellEnd"/>
      <w:r w:rsidRPr="0054176A">
        <w:t xml:space="preserve"> </w:t>
      </w:r>
      <w:proofErr w:type="spellStart"/>
      <w:r w:rsidRPr="0054176A">
        <w:t>наказва</w:t>
      </w:r>
      <w:proofErr w:type="spellEnd"/>
      <w:r w:rsidRPr="0054176A">
        <w:t xml:space="preserve"> с </w:t>
      </w:r>
      <w:proofErr w:type="spellStart"/>
      <w:r w:rsidRPr="0054176A">
        <w:t>глоба</w:t>
      </w:r>
      <w:proofErr w:type="spellEnd"/>
      <w:r w:rsidRPr="0054176A">
        <w:t xml:space="preserve"> в </w:t>
      </w:r>
      <w:proofErr w:type="spellStart"/>
      <w:r w:rsidRPr="0054176A">
        <w:t>размер</w:t>
      </w:r>
      <w:proofErr w:type="spellEnd"/>
      <w:r w:rsidRPr="0054176A">
        <w:t xml:space="preserve"> </w:t>
      </w:r>
      <w:proofErr w:type="spellStart"/>
      <w:r w:rsidRPr="0054176A">
        <w:t>от</w:t>
      </w:r>
      <w:proofErr w:type="spellEnd"/>
      <w:r w:rsidRPr="0054176A">
        <w:t xml:space="preserve"> </w:t>
      </w:r>
      <w:r w:rsidR="00535B72" w:rsidRPr="0054176A">
        <w:rPr>
          <w:b/>
          <w:lang w:val="bg-BG"/>
        </w:rPr>
        <w:t xml:space="preserve">255,65 € до 511,29 €, </w:t>
      </w:r>
      <w:r w:rsidRPr="0054176A">
        <w:t xml:space="preserve">а </w:t>
      </w:r>
      <w:proofErr w:type="spellStart"/>
      <w:r w:rsidRPr="0054176A">
        <w:t>при</w:t>
      </w:r>
      <w:proofErr w:type="spellEnd"/>
      <w:r w:rsidRPr="0054176A">
        <w:t xml:space="preserve"> </w:t>
      </w:r>
      <w:proofErr w:type="spellStart"/>
      <w:r w:rsidRPr="0054176A">
        <w:t>повторно</w:t>
      </w:r>
      <w:proofErr w:type="spellEnd"/>
      <w:r w:rsidRPr="0054176A">
        <w:t xml:space="preserve"> </w:t>
      </w:r>
      <w:proofErr w:type="spellStart"/>
      <w:r w:rsidRPr="0054176A">
        <w:t>нарушение</w:t>
      </w:r>
      <w:proofErr w:type="spellEnd"/>
      <w:r w:rsidRPr="0054176A">
        <w:t xml:space="preserve"> – </w:t>
      </w:r>
      <w:proofErr w:type="spellStart"/>
      <w:r w:rsidRPr="0054176A">
        <w:t>от</w:t>
      </w:r>
      <w:proofErr w:type="spellEnd"/>
      <w:r w:rsidRPr="0054176A">
        <w:t xml:space="preserve"> </w:t>
      </w:r>
      <w:r w:rsidR="00E448A6" w:rsidRPr="0054176A">
        <w:rPr>
          <w:b/>
          <w:lang w:val="bg-BG"/>
        </w:rPr>
        <w:t>511,29</w:t>
      </w:r>
      <w:r w:rsidR="00E448A6" w:rsidRPr="0054176A">
        <w:rPr>
          <w:b/>
        </w:rPr>
        <w:t xml:space="preserve"> €</w:t>
      </w:r>
      <w:r w:rsidR="00535B72" w:rsidRPr="0054176A">
        <w:rPr>
          <w:b/>
          <w:lang w:val="bg-BG"/>
        </w:rPr>
        <w:t xml:space="preserve"> до 1 022,58 €</w:t>
      </w:r>
      <w:r w:rsidR="0054176A" w:rsidRPr="0054176A">
        <w:rPr>
          <w:b/>
          <w:lang w:val="bg-BG"/>
        </w:rPr>
        <w:t xml:space="preserve"> </w:t>
      </w:r>
      <w:r w:rsidR="0054176A" w:rsidRPr="0054176A">
        <w:rPr>
          <w:lang w:val="bg-BG"/>
        </w:rPr>
        <w:t>/</w:t>
      </w:r>
      <w:r w:rsidR="0054176A">
        <w:rPr>
          <w:lang w:val="bg-BG"/>
        </w:rPr>
        <w:t xml:space="preserve">съгл. </w:t>
      </w:r>
      <w:r w:rsidR="0054176A" w:rsidRPr="0054176A">
        <w:rPr>
          <w:lang w:val="bg-BG"/>
        </w:rPr>
        <w:t>чл. 62, ал.1 и ал. 6 от Закона за защита на животните (ЗЗЖ), връзка чл. 7, ал. 1 и ал. 2/</w:t>
      </w:r>
      <w:r w:rsidR="00E448A6" w:rsidRPr="0054176A">
        <w:rPr>
          <w:lang w:val="bg-BG"/>
        </w:rPr>
        <w:t>.</w:t>
      </w:r>
      <w:bookmarkStart w:id="0" w:name="_GoBack"/>
      <w:bookmarkEnd w:id="0"/>
    </w:p>
    <w:p w:rsidR="00583186" w:rsidRDefault="00D92412">
      <w:pPr>
        <w:spacing w:after="120"/>
        <w:jc w:val="both"/>
      </w:pPr>
      <w:r>
        <w:t xml:space="preserve">(4) </w:t>
      </w:r>
      <w:r w:rsidRPr="00535B72">
        <w:t xml:space="preserve">Нарушител на забраната по чл. 13, т. 10 </w:t>
      </w:r>
      <w:r w:rsidR="00B70A07" w:rsidRPr="00535B72">
        <w:rPr>
          <w:lang w:val="bg-BG"/>
        </w:rPr>
        <w:t xml:space="preserve">и т. 12 </w:t>
      </w:r>
      <w:proofErr w:type="spellStart"/>
      <w:r w:rsidRPr="00535B72">
        <w:t>от</w:t>
      </w:r>
      <w:proofErr w:type="spellEnd"/>
      <w:r w:rsidRPr="00535B72">
        <w:t xml:space="preserve"> </w:t>
      </w:r>
      <w:proofErr w:type="spellStart"/>
      <w:r w:rsidRPr="00535B72">
        <w:t>Наредбата</w:t>
      </w:r>
      <w:proofErr w:type="spellEnd"/>
      <w:r w:rsidRPr="00535B72">
        <w:t xml:space="preserve"> (</w:t>
      </w:r>
      <w:proofErr w:type="spellStart"/>
      <w:r w:rsidRPr="00535B72">
        <w:t>разхождане</w:t>
      </w:r>
      <w:proofErr w:type="spellEnd"/>
      <w:r w:rsidRPr="00535B72">
        <w:t xml:space="preserve"> </w:t>
      </w:r>
      <w:proofErr w:type="spellStart"/>
      <w:r w:rsidRPr="00535B72">
        <w:t>на</w:t>
      </w:r>
      <w:proofErr w:type="spellEnd"/>
      <w:r w:rsidRPr="00535B72">
        <w:t xml:space="preserve"> </w:t>
      </w:r>
      <w:proofErr w:type="spellStart"/>
      <w:r w:rsidRPr="00535B72">
        <w:t>недопустими</w:t>
      </w:r>
      <w:proofErr w:type="spellEnd"/>
      <w:r w:rsidRPr="00535B72">
        <w:t xml:space="preserve"> </w:t>
      </w:r>
      <w:proofErr w:type="spellStart"/>
      <w:r w:rsidRPr="00535B72">
        <w:t>обществени</w:t>
      </w:r>
      <w:proofErr w:type="spellEnd"/>
      <w:r w:rsidRPr="00535B72">
        <w:t xml:space="preserve"> </w:t>
      </w:r>
      <w:proofErr w:type="spellStart"/>
      <w:r w:rsidRPr="00535B72">
        <w:t>места</w:t>
      </w:r>
      <w:proofErr w:type="spellEnd"/>
      <w:r w:rsidRPr="00535B72">
        <w:t xml:space="preserve">) </w:t>
      </w:r>
      <w:proofErr w:type="spellStart"/>
      <w:r w:rsidRPr="00535B72">
        <w:t>се</w:t>
      </w:r>
      <w:proofErr w:type="spellEnd"/>
      <w:r>
        <w:t xml:space="preserve"> </w:t>
      </w:r>
      <w:proofErr w:type="spellStart"/>
      <w:r>
        <w:t>наказва</w:t>
      </w:r>
      <w:proofErr w:type="spellEnd"/>
      <w:r>
        <w:t xml:space="preserve"> с </w:t>
      </w:r>
      <w:proofErr w:type="spellStart"/>
      <w:r>
        <w:t>глоба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70A07" w:rsidRPr="00A14768">
        <w:rPr>
          <w:b/>
        </w:rPr>
        <w:t>5</w:t>
      </w:r>
      <w:r w:rsidR="00B70A07" w:rsidRPr="00A14768">
        <w:rPr>
          <w:b/>
          <w:lang w:val="bg-BG"/>
        </w:rPr>
        <w:t>1,13</w:t>
      </w:r>
      <w:r w:rsidR="00B70A07" w:rsidRPr="00A14768">
        <w:rPr>
          <w:b/>
        </w:rPr>
        <w:t xml:space="preserve"> €</w:t>
      </w:r>
      <w:r>
        <w:t xml:space="preserve">. </w:t>
      </w:r>
    </w:p>
    <w:p w:rsidR="00583186" w:rsidRDefault="00D92412">
      <w:pPr>
        <w:spacing w:after="120"/>
        <w:jc w:val="both"/>
      </w:pPr>
      <w:r>
        <w:t xml:space="preserve">(5) Собственик на куче, който наруши изискване по чл. 5, ал. 1, ал. 2, ал. 3 и ал. 5 (липса на микрочип и идентификация),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наказва</w:t>
      </w:r>
      <w:proofErr w:type="spellEnd"/>
      <w:r>
        <w:t xml:space="preserve"> с </w:t>
      </w:r>
      <w:proofErr w:type="spellStart"/>
      <w:r>
        <w:t>глоба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B70A07" w:rsidRPr="00B70A07">
        <w:rPr>
          <w:b/>
        </w:rPr>
        <w:t>102,26 €</w:t>
      </w:r>
      <w:r>
        <w:t xml:space="preserve">. Когато нарушението е извършено от юридическо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едноличен</w:t>
      </w:r>
      <w:proofErr w:type="spellEnd"/>
      <w:r>
        <w:t xml:space="preserve"> </w:t>
      </w:r>
      <w:proofErr w:type="spellStart"/>
      <w:r>
        <w:t>търговец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налага</w:t>
      </w:r>
      <w:proofErr w:type="spellEnd"/>
      <w:r>
        <w:t xml:space="preserve"> </w:t>
      </w:r>
      <w:proofErr w:type="spellStart"/>
      <w:r>
        <w:t>имуществена</w:t>
      </w:r>
      <w:proofErr w:type="spellEnd"/>
      <w:r>
        <w:t xml:space="preserve"> </w:t>
      </w:r>
      <w:proofErr w:type="spellStart"/>
      <w:r>
        <w:t>санкция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682C20" w:rsidRPr="00B70A07">
        <w:rPr>
          <w:b/>
        </w:rPr>
        <w:t xml:space="preserve">102,26 € </w:t>
      </w:r>
      <w:proofErr w:type="spellStart"/>
      <w:r>
        <w:t>до</w:t>
      </w:r>
      <w:proofErr w:type="spellEnd"/>
      <w:r>
        <w:t xml:space="preserve"> </w:t>
      </w:r>
      <w:r w:rsidR="00682C20">
        <w:rPr>
          <w:b/>
          <w:lang w:val="bg-BG"/>
        </w:rPr>
        <w:t>3</w:t>
      </w:r>
      <w:r w:rsidR="00682C20" w:rsidRPr="00B70A07">
        <w:rPr>
          <w:b/>
        </w:rPr>
        <w:t>0</w:t>
      </w:r>
      <w:r w:rsidR="00682C20">
        <w:rPr>
          <w:b/>
          <w:lang w:val="bg-BG"/>
        </w:rPr>
        <w:t>6</w:t>
      </w:r>
      <w:r w:rsidR="00682C20" w:rsidRPr="00B70A07">
        <w:rPr>
          <w:b/>
        </w:rPr>
        <w:t>,</w:t>
      </w:r>
      <w:r w:rsidR="00682C20">
        <w:rPr>
          <w:b/>
          <w:lang w:val="bg-BG"/>
        </w:rPr>
        <w:t>78</w:t>
      </w:r>
      <w:r w:rsidR="00682C20" w:rsidRPr="00B70A07">
        <w:rPr>
          <w:b/>
        </w:rPr>
        <w:t xml:space="preserve"> €</w:t>
      </w:r>
      <w:r>
        <w:t>.</w:t>
      </w:r>
    </w:p>
    <w:p w:rsidR="00583186" w:rsidRDefault="00D92412">
      <w:pPr>
        <w:spacing w:after="120"/>
        <w:jc w:val="both"/>
      </w:pPr>
      <w:r>
        <w:t>Чл. 17. Установяването на нарушенията, издаването, обжалването и изпълнението на наказателните постановления се извършва по реда на Закона за административните нарушения и наказания (ЗАНН).</w:t>
      </w:r>
    </w:p>
    <w:p w:rsidR="00682C20" w:rsidRDefault="00D92412">
      <w:pPr>
        <w:spacing w:after="120"/>
        <w:jc w:val="both"/>
      </w:pPr>
      <w:r>
        <w:t xml:space="preserve">Чл. 18. Глобите, събрани по реда на тази </w:t>
      </w:r>
      <w:proofErr w:type="spellStart"/>
      <w:r>
        <w:t>Наредба</w:t>
      </w:r>
      <w:proofErr w:type="spellEnd"/>
      <w:r>
        <w:t xml:space="preserve">, </w:t>
      </w:r>
      <w:proofErr w:type="spellStart"/>
      <w:r>
        <w:t>постъпват</w:t>
      </w:r>
      <w:proofErr w:type="spellEnd"/>
      <w:r>
        <w:t xml:space="preserve"> в </w:t>
      </w:r>
      <w:proofErr w:type="spellStart"/>
      <w:r>
        <w:t>общинския</w:t>
      </w:r>
      <w:proofErr w:type="spellEnd"/>
      <w:r>
        <w:t xml:space="preserve"> </w:t>
      </w:r>
      <w:proofErr w:type="spellStart"/>
      <w:r>
        <w:t>бюджет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изключително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>:</w:t>
      </w:r>
    </w:p>
    <w:p w:rsidR="00682C20" w:rsidRDefault="00D92412" w:rsidP="00682C20">
      <w:pPr>
        <w:pStyle w:val="ae"/>
        <w:numPr>
          <w:ilvl w:val="0"/>
          <w:numId w:val="19"/>
        </w:numPr>
        <w:spacing w:after="120"/>
        <w:jc w:val="both"/>
      </w:pPr>
      <w:proofErr w:type="spellStart"/>
      <w:r>
        <w:t>Мерки</w:t>
      </w:r>
      <w:proofErr w:type="spellEnd"/>
      <w:r>
        <w:t xml:space="preserve"> и </w:t>
      </w:r>
      <w:proofErr w:type="spellStart"/>
      <w:r>
        <w:t>дейности</w:t>
      </w:r>
      <w:proofErr w:type="spellEnd"/>
      <w:r>
        <w:t xml:space="preserve">, </w:t>
      </w:r>
      <w:proofErr w:type="spellStart"/>
      <w:r>
        <w:t>насочени</w:t>
      </w:r>
      <w:proofErr w:type="spellEnd"/>
      <w:r>
        <w:t xml:space="preserve"> към овладяване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популацията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безстопанствените</w:t>
      </w:r>
      <w:proofErr w:type="spellEnd"/>
      <w:r>
        <w:t xml:space="preserve"> </w:t>
      </w:r>
      <w:proofErr w:type="spellStart"/>
      <w:r>
        <w:t>кучета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Антон</w:t>
      </w:r>
      <w:proofErr w:type="spellEnd"/>
      <w:r>
        <w:t>.</w:t>
      </w:r>
    </w:p>
    <w:p w:rsidR="00682C20" w:rsidRDefault="00D92412" w:rsidP="00682C20">
      <w:pPr>
        <w:pStyle w:val="ae"/>
        <w:numPr>
          <w:ilvl w:val="0"/>
          <w:numId w:val="19"/>
        </w:numPr>
        <w:spacing w:after="120"/>
        <w:jc w:val="both"/>
      </w:pPr>
      <w:proofErr w:type="spellStart"/>
      <w:r>
        <w:lastRenderedPageBreak/>
        <w:t>Финансиране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кастрационни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и </w:t>
      </w:r>
      <w:proofErr w:type="spellStart"/>
      <w:r>
        <w:t>кампании</w:t>
      </w:r>
      <w:proofErr w:type="spellEnd"/>
      <w:r>
        <w:t>.</w:t>
      </w:r>
    </w:p>
    <w:p w:rsidR="00682C20" w:rsidRPr="00535B72" w:rsidRDefault="00D92412" w:rsidP="00682C20">
      <w:pPr>
        <w:pStyle w:val="ae"/>
        <w:numPr>
          <w:ilvl w:val="0"/>
          <w:numId w:val="19"/>
        </w:numPr>
        <w:spacing w:after="120"/>
        <w:jc w:val="both"/>
      </w:pP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договори</w:t>
      </w:r>
      <w:proofErr w:type="spellEnd"/>
      <w:r>
        <w:t xml:space="preserve"> с частно </w:t>
      </w:r>
      <w:proofErr w:type="spellStart"/>
      <w:r>
        <w:t>практикуващи</w:t>
      </w:r>
      <w:proofErr w:type="spellEnd"/>
      <w:r>
        <w:t xml:space="preserve"> </w:t>
      </w:r>
      <w:proofErr w:type="spellStart"/>
      <w:r>
        <w:t>ветеринарни</w:t>
      </w:r>
      <w:proofErr w:type="spellEnd"/>
      <w:r>
        <w:t xml:space="preserve"> </w:t>
      </w:r>
      <w:proofErr w:type="spellStart"/>
      <w:r>
        <w:t>лекари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кастрации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безстопанствени</w:t>
      </w:r>
      <w:proofErr w:type="spellEnd"/>
      <w:r>
        <w:t xml:space="preserve"> </w:t>
      </w:r>
      <w:proofErr w:type="spellStart"/>
      <w:r w:rsidRPr="00535B72">
        <w:t>кучета</w:t>
      </w:r>
      <w:proofErr w:type="spellEnd"/>
      <w:r w:rsidRPr="00535B72">
        <w:t>.</w:t>
      </w:r>
    </w:p>
    <w:p w:rsidR="00583186" w:rsidRPr="00535B72" w:rsidRDefault="00D92412" w:rsidP="00682C20">
      <w:pPr>
        <w:pStyle w:val="ae"/>
        <w:numPr>
          <w:ilvl w:val="0"/>
          <w:numId w:val="19"/>
        </w:numPr>
        <w:spacing w:after="120"/>
        <w:jc w:val="both"/>
      </w:pPr>
      <w:proofErr w:type="spellStart"/>
      <w:r w:rsidRPr="00535B72">
        <w:t>Изграждане</w:t>
      </w:r>
      <w:proofErr w:type="spellEnd"/>
      <w:r w:rsidRPr="00535B72">
        <w:t xml:space="preserve"> и </w:t>
      </w:r>
      <w:proofErr w:type="spellStart"/>
      <w:r w:rsidRPr="00535B72">
        <w:t>поддръжка</w:t>
      </w:r>
      <w:proofErr w:type="spellEnd"/>
      <w:r w:rsidRPr="00535B72">
        <w:t xml:space="preserve"> </w:t>
      </w:r>
      <w:proofErr w:type="spellStart"/>
      <w:r w:rsidRPr="00535B72">
        <w:t>на</w:t>
      </w:r>
      <w:proofErr w:type="spellEnd"/>
      <w:r w:rsidRPr="00535B72">
        <w:t xml:space="preserve"> общински приют или съвместни съоръжения.</w:t>
      </w:r>
    </w:p>
    <w:p w:rsidR="00583186" w:rsidRDefault="00D92412">
      <w:pPr>
        <w:spacing w:before="240" w:after="120"/>
        <w:jc w:val="center"/>
      </w:pPr>
      <w:proofErr w:type="spellStart"/>
      <w:r>
        <w:rPr>
          <w:b/>
          <w:sz w:val="28"/>
        </w:rPr>
        <w:t>Раздел</w:t>
      </w:r>
      <w:proofErr w:type="spellEnd"/>
      <w:r>
        <w:rPr>
          <w:b/>
          <w:sz w:val="28"/>
        </w:rPr>
        <w:t xml:space="preserve"> VI. Преходни и заключителни разпоредби</w:t>
      </w:r>
    </w:p>
    <w:p w:rsidR="00583186" w:rsidRDefault="00D92412">
      <w:pPr>
        <w:spacing w:after="120"/>
        <w:jc w:val="both"/>
      </w:pPr>
      <w:r>
        <w:t>§ 1. Настоящата Наредба се приема на основание чл. 21, ал. 2 от Закона за местното самоуправление и местната администрация (ЗМСМА), Закона за местните данъци и такси (ЗМДТ), Закона за ветеринарномедицинската дейност (ЗВМД) и Закона за защита на животните (ЗЗЖ).</w:t>
      </w:r>
    </w:p>
    <w:p w:rsidR="00583186" w:rsidRDefault="00D92412">
      <w:pPr>
        <w:spacing w:after="120"/>
        <w:jc w:val="both"/>
      </w:pPr>
      <w:r>
        <w:t>§ 2. Контролът по изпълнението на наредбата се възлага на упълномощени със заповед на кмета служители на Община Антон.</w:t>
      </w:r>
    </w:p>
    <w:p w:rsidR="008673C8" w:rsidRDefault="00D92412">
      <w:pPr>
        <w:spacing w:after="120"/>
        <w:jc w:val="both"/>
      </w:pPr>
      <w:r>
        <w:t xml:space="preserve">§ 3. (1) Наредбата влиза в сила от датата на приемането ѝ от Общински съвет – Антон и може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изменяна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допълвана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нейното</w:t>
      </w:r>
      <w:proofErr w:type="spellEnd"/>
      <w:r>
        <w:t xml:space="preserve"> </w:t>
      </w:r>
      <w:proofErr w:type="spellStart"/>
      <w:r>
        <w:t>приемане</w:t>
      </w:r>
      <w:proofErr w:type="spellEnd"/>
      <w:r>
        <w:t>.</w:t>
      </w:r>
    </w:p>
    <w:p w:rsidR="00583186" w:rsidRDefault="00D92412">
      <w:pPr>
        <w:spacing w:after="120"/>
        <w:jc w:val="both"/>
      </w:pPr>
      <w:r>
        <w:t xml:space="preserve">(2) Лицата, които са придобили кучета до влизането в сила на наредбата, са длъжни да ги регистрират в Общинска администрация – Антон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6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влизането</w:t>
      </w:r>
      <w:proofErr w:type="spellEnd"/>
      <w:r>
        <w:t xml:space="preserve"> ѝ в </w:t>
      </w:r>
      <w:proofErr w:type="spellStart"/>
      <w:r>
        <w:t>сила</w:t>
      </w:r>
      <w:proofErr w:type="spellEnd"/>
      <w:r>
        <w:t>.</w:t>
      </w:r>
    </w:p>
    <w:p w:rsidR="00583186" w:rsidRDefault="00D92412">
      <w:pPr>
        <w:spacing w:after="120"/>
        <w:jc w:val="both"/>
      </w:pPr>
      <w:proofErr w:type="spellStart"/>
      <w:r>
        <w:t>Наредбата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придобиване, притежаване и отглеждане на кучета на територията на Община Антон е приета с Решение № ……………………</w:t>
      </w:r>
      <w:proofErr w:type="gramStart"/>
      <w:r>
        <w:t>…..</w:t>
      </w:r>
      <w:proofErr w:type="gramEnd"/>
      <w:r>
        <w:t>… на Общински съвет – Антон и отменя действащата до момента Наредба за регистриране и стопанисване на кучетата в Община Антон, приета с Решение № 411 от протокол № 40/07.08.2018 г. на Общински съвет – Антон.</w:t>
      </w:r>
    </w:p>
    <w:sectPr w:rsidR="00583186" w:rsidSect="001177ED">
      <w:pgSz w:w="12240" w:h="15840"/>
      <w:pgMar w:top="127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75C2A"/>
    <w:multiLevelType w:val="hybridMultilevel"/>
    <w:tmpl w:val="D46A6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27389"/>
    <w:multiLevelType w:val="hybridMultilevel"/>
    <w:tmpl w:val="B1F202C0"/>
    <w:lvl w:ilvl="0" w:tplc="A55428A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37B04"/>
    <w:multiLevelType w:val="hybridMultilevel"/>
    <w:tmpl w:val="3AEC0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153BC1"/>
    <w:multiLevelType w:val="hybridMultilevel"/>
    <w:tmpl w:val="D416C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75445"/>
    <w:multiLevelType w:val="hybridMultilevel"/>
    <w:tmpl w:val="4E54653C"/>
    <w:lvl w:ilvl="0" w:tplc="9D10E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D36717"/>
    <w:multiLevelType w:val="hybridMultilevel"/>
    <w:tmpl w:val="E026C508"/>
    <w:lvl w:ilvl="0" w:tplc="0A40AE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1F13"/>
    <w:multiLevelType w:val="hybridMultilevel"/>
    <w:tmpl w:val="FE549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A7541"/>
    <w:multiLevelType w:val="hybridMultilevel"/>
    <w:tmpl w:val="55C84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E7FD5"/>
    <w:multiLevelType w:val="hybridMultilevel"/>
    <w:tmpl w:val="E0FA79FA"/>
    <w:lvl w:ilvl="0" w:tplc="C0949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9B5AA5"/>
    <w:multiLevelType w:val="hybridMultilevel"/>
    <w:tmpl w:val="7F74F43C"/>
    <w:lvl w:ilvl="0" w:tplc="C694C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5"/>
  </w:num>
  <w:num w:numId="12">
    <w:abstractNumId w:val="14"/>
  </w:num>
  <w:num w:numId="13">
    <w:abstractNumId w:val="13"/>
  </w:num>
  <w:num w:numId="14">
    <w:abstractNumId w:val="17"/>
  </w:num>
  <w:num w:numId="15">
    <w:abstractNumId w:val="18"/>
  </w:num>
  <w:num w:numId="16">
    <w:abstractNumId w:val="16"/>
  </w:num>
  <w:num w:numId="17">
    <w:abstractNumId w:val="1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77ED"/>
    <w:rsid w:val="0014007A"/>
    <w:rsid w:val="0015074B"/>
    <w:rsid w:val="001F4CE8"/>
    <w:rsid w:val="0029639D"/>
    <w:rsid w:val="00326F90"/>
    <w:rsid w:val="003A7D4F"/>
    <w:rsid w:val="00535B72"/>
    <w:rsid w:val="0054176A"/>
    <w:rsid w:val="00583186"/>
    <w:rsid w:val="00682C20"/>
    <w:rsid w:val="008673C8"/>
    <w:rsid w:val="00966D0C"/>
    <w:rsid w:val="00A14768"/>
    <w:rsid w:val="00AA1D8D"/>
    <w:rsid w:val="00B47730"/>
    <w:rsid w:val="00B70A07"/>
    <w:rsid w:val="00C31B1E"/>
    <w:rsid w:val="00CB0664"/>
    <w:rsid w:val="00D52E86"/>
    <w:rsid w:val="00D65729"/>
    <w:rsid w:val="00D92412"/>
    <w:rsid w:val="00E33B2F"/>
    <w:rsid w:val="00E448A6"/>
    <w:rsid w:val="00E47516"/>
    <w:rsid w:val="00E62F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E8621"/>
  <w14:defaultImageDpi w14:val="300"/>
  <w15:docId w15:val="{50B00B14-FE84-4C0A-ACA7-F4C4EEAB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802430-E73D-41A5-B6B5-4D791C7D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2495</Words>
  <Characters>14228</Characters>
  <Application>Microsoft Office Word</Application>
  <DocSecurity>0</DocSecurity>
  <Lines>118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TsK</cp:lastModifiedBy>
  <cp:revision>21</cp:revision>
  <dcterms:created xsi:type="dcterms:W3CDTF">2013-12-23T23:15:00Z</dcterms:created>
  <dcterms:modified xsi:type="dcterms:W3CDTF">2026-09-29T07:41:00Z</dcterms:modified>
  <cp:category/>
</cp:coreProperties>
</file>